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W w:w="0" w:type="auto"/>
        <w:jc w:val="center"/>
        <w:tblLook w:val="04A0" w:firstRow="1" w:lastRow="0" w:firstColumn="1" w:lastColumn="0" w:noHBand="0" w:noVBand="1"/>
      </w:tblPr>
      <w:tblGrid>
        <w:gridCol w:w="9962"/>
      </w:tblGrid>
      <w:tr w:rsidR="00CE09A5" w14:paraId="3DC37456" w14:textId="77777777">
        <w:trPr>
          <w:jc w:val="center"/>
        </w:trPr>
        <w:tc>
          <w:tcPr>
            <w:tcW w:w="9972" w:type="dxa"/>
            <w:shd w:val="clear" w:color="auto" w:fill="9C0006"/>
            <w:tcMar>
              <w:top w:w="110" w:type="dxa"/>
              <w:left w:w="80" w:type="dxa"/>
              <w:bottom w:w="110" w:type="dxa"/>
              <w:right w:w="80" w:type="dxa"/>
            </w:tcMar>
          </w:tcPr>
          <w:p w14:paraId="57AB335E" w14:textId="77777777" w:rsidR="00CE09A5" w:rsidRDefault="00940C04">
            <w:pPr>
              <w:jc w:val="center"/>
            </w:pPr>
            <w:bookmarkStart w:id="0" w:name="topo"/>
            <w:r>
              <w:rPr>
                <w:b/>
                <w:color w:val="FFFFFF"/>
                <w:sz w:val="28"/>
              </w:rPr>
              <w:t>SINGLE DOCUMENT FOR AUTHOR SUBMISSION</w:t>
            </w:r>
            <w:bookmarkEnd w:id="0"/>
          </w:p>
          <w:p w14:paraId="5DDE8C91" w14:textId="77777777" w:rsidR="00CE09A5" w:rsidRDefault="00940C04">
            <w:pPr>
              <w:jc w:val="center"/>
            </w:pPr>
            <w:r>
              <w:rPr>
                <w:color w:val="FFFFFF"/>
              </w:rPr>
              <w:t>Title Page | Author Responsibility Statement | Checklist</w:t>
            </w:r>
          </w:p>
        </w:tc>
      </w:tr>
    </w:tbl>
    <w:p w14:paraId="0E52E308" w14:textId="5E7819EC" w:rsidR="00CE09A5" w:rsidRDefault="00940C04">
      <w:pPr>
        <w:jc w:val="center"/>
      </w:pPr>
      <w:r>
        <w:rPr>
          <w:b/>
          <w:color w:val="2D2D2D"/>
          <w:sz w:val="24"/>
        </w:rPr>
        <w:t xml:space="preserve">RIIS </w:t>
      </w:r>
      <w:r w:rsidR="007901AA">
        <w:rPr>
          <w:b/>
          <w:color w:val="2D2D2D"/>
          <w:sz w:val="24"/>
        </w:rPr>
        <w:t>–</w:t>
      </w:r>
      <w:r>
        <w:rPr>
          <w:b/>
          <w:color w:val="2D2D2D"/>
          <w:sz w:val="24"/>
        </w:rPr>
        <w:t xml:space="preserve"> </w:t>
      </w:r>
      <w:r w:rsidR="007901AA">
        <w:rPr>
          <w:b/>
          <w:color w:val="2D2D2D"/>
          <w:sz w:val="24"/>
        </w:rPr>
        <w:t>Revista de Investigação &amp; Inovação em Saúde</w:t>
      </w:r>
    </w:p>
    <w:p w14:paraId="1CDC70F1" w14:textId="77777777" w:rsidR="00CE09A5" w:rsidRDefault="00940C04">
      <w:pPr>
        <w:jc w:val="center"/>
      </w:pPr>
      <w:r>
        <w:rPr>
          <w:i/>
        </w:rPr>
        <w:t>Editable document that brings together, in a single file, the supplementary information required for submission.</w:t>
      </w:r>
    </w:p>
    <w:tbl>
      <w:tblPr>
        <w:tblStyle w:val="TabelacomGrelha"/>
        <w:tblW w:w="0" w:type="auto"/>
        <w:tblLook w:val="04A0" w:firstRow="1" w:lastRow="0" w:firstColumn="1" w:lastColumn="0" w:noHBand="0" w:noVBand="1"/>
      </w:tblPr>
      <w:tblGrid>
        <w:gridCol w:w="9962"/>
      </w:tblGrid>
      <w:tr w:rsidR="00CE09A5" w14:paraId="33B32E49" w14:textId="77777777">
        <w:tc>
          <w:tcPr>
            <w:tcW w:w="9972" w:type="dxa"/>
            <w:shd w:val="clear" w:color="auto" w:fill="F7E8E9"/>
            <w:tcMar>
              <w:top w:w="100" w:type="dxa"/>
              <w:left w:w="120" w:type="dxa"/>
              <w:bottom w:w="100" w:type="dxa"/>
              <w:right w:w="120" w:type="dxa"/>
            </w:tcMar>
          </w:tcPr>
          <w:p w14:paraId="4FE58885" w14:textId="77777777" w:rsidR="00CE09A5" w:rsidRDefault="00940C04">
            <w:r>
              <w:rPr>
                <w:b/>
              </w:rPr>
              <w:t xml:space="preserve">Purpose: </w:t>
            </w:r>
            <w:r>
              <w:t>to avoid duplicating information across documents, facilitate completion by authors and ensure consistency with the metadata entered in OJS.</w:t>
            </w:r>
          </w:p>
        </w:tc>
      </w:tr>
    </w:tbl>
    <w:p w14:paraId="7C03636F" w14:textId="77777777" w:rsidR="00CE09A5" w:rsidRDefault="00940C04">
      <w:pPr>
        <w:pStyle w:val="RIISH1"/>
      </w:pPr>
      <w:r>
        <w:t>Contents</w:t>
      </w:r>
    </w:p>
    <w:p w14:paraId="290A8D04" w14:textId="77777777" w:rsidR="00CE09A5" w:rsidRDefault="00940C04">
      <w:pPr>
        <w:ind w:left="283"/>
      </w:pPr>
      <w:r>
        <w:t>1. Title Page</w:t>
      </w:r>
      <w:hyperlink w:anchor="titlepage" w:history="1"/>
    </w:p>
    <w:p w14:paraId="14D09751" w14:textId="77777777" w:rsidR="00CE09A5" w:rsidRDefault="00940C04">
      <w:pPr>
        <w:ind w:left="283"/>
      </w:pPr>
      <w:r>
        <w:t>2. Author Responsibility Statement</w:t>
      </w:r>
      <w:hyperlink w:anchor="declaracao" w:history="1"/>
    </w:p>
    <w:p w14:paraId="2149AF22" w14:textId="77777777" w:rsidR="00CE09A5" w:rsidRDefault="00940C04">
      <w:pPr>
        <w:ind w:left="283"/>
      </w:pPr>
      <w:r>
        <w:t>3. Self-Verification Checklist</w:t>
      </w:r>
      <w:hyperlink w:anchor="checklist" w:history="1"/>
    </w:p>
    <w:p w14:paraId="22D06161" w14:textId="77777777" w:rsidR="00CE09A5" w:rsidRDefault="00940C04">
      <w:pPr>
        <w:jc w:val="center"/>
      </w:pPr>
      <w:r>
        <w:rPr>
          <w:i/>
          <w:color w:val="646464"/>
          <w:sz w:val="18"/>
        </w:rPr>
        <w:t>Complete only the applicable fields. The information in this document must match the manuscript and the data entered in OJS.</w:t>
      </w:r>
    </w:p>
    <w:tbl>
      <w:tblPr>
        <w:tblStyle w:val="TabelacomGrelha"/>
        <w:tblW w:w="0" w:type="auto"/>
        <w:jc w:val="center"/>
        <w:tblLook w:val="04A0" w:firstRow="1" w:lastRow="0" w:firstColumn="1" w:lastColumn="0" w:noHBand="0" w:noVBand="1"/>
      </w:tblPr>
      <w:tblGrid>
        <w:gridCol w:w="9962"/>
      </w:tblGrid>
      <w:tr w:rsidR="00CE09A5" w14:paraId="6875A052" w14:textId="77777777">
        <w:trPr>
          <w:jc w:val="center"/>
        </w:trPr>
        <w:tc>
          <w:tcPr>
            <w:tcW w:w="9972" w:type="dxa"/>
            <w:shd w:val="clear" w:color="auto" w:fill="9C0006"/>
            <w:tcMar>
              <w:top w:w="110" w:type="dxa"/>
              <w:left w:w="80" w:type="dxa"/>
              <w:bottom w:w="110" w:type="dxa"/>
              <w:right w:w="80" w:type="dxa"/>
            </w:tcMar>
          </w:tcPr>
          <w:p w14:paraId="0AF7959D" w14:textId="77777777" w:rsidR="00CE09A5" w:rsidRDefault="00940C04">
            <w:pPr>
              <w:jc w:val="center"/>
            </w:pPr>
            <w:bookmarkStart w:id="1" w:name="titlepage"/>
            <w:r>
              <w:rPr>
                <w:b/>
                <w:color w:val="FFFFFF"/>
                <w:sz w:val="28"/>
              </w:rPr>
              <w:t>1. TITLE PAGE</w:t>
            </w:r>
            <w:bookmarkEnd w:id="1"/>
          </w:p>
          <w:p w14:paraId="57335CA2" w14:textId="77777777" w:rsidR="00CE09A5" w:rsidRDefault="00940C04">
            <w:pPr>
              <w:jc w:val="center"/>
            </w:pPr>
            <w:r>
              <w:rPr>
                <w:color w:val="FFFFFF"/>
              </w:rPr>
              <w:t>Manuscript identification, authors and contributions</w:t>
            </w:r>
          </w:p>
        </w:tc>
      </w:tr>
    </w:tbl>
    <w:p w14:paraId="03945218" w14:textId="77777777" w:rsidR="00CE09A5" w:rsidRDefault="00940C04">
      <w:pPr>
        <w:pStyle w:val="RIISH1"/>
      </w:pPr>
      <w:r>
        <w:t>1.1. Manuscript identification</w:t>
      </w:r>
    </w:p>
    <w:tbl>
      <w:tblPr>
        <w:tblStyle w:val="TabelacomGrelha"/>
        <w:tblW w:w="0" w:type="auto"/>
        <w:jc w:val="center"/>
        <w:tblLook w:val="04A0" w:firstRow="1" w:lastRow="0" w:firstColumn="1" w:lastColumn="0" w:noHBand="0" w:noVBand="1"/>
      </w:tblPr>
      <w:tblGrid>
        <w:gridCol w:w="2547"/>
        <w:gridCol w:w="7415"/>
      </w:tblGrid>
      <w:tr w:rsidR="00CE09A5" w14:paraId="0323CD08" w14:textId="77777777" w:rsidTr="00F31A88">
        <w:trPr>
          <w:jc w:val="center"/>
        </w:trPr>
        <w:tc>
          <w:tcPr>
            <w:tcW w:w="2547" w:type="dxa"/>
            <w:shd w:val="clear" w:color="auto" w:fill="F2F2F2"/>
            <w:tcMar>
              <w:top w:w="70" w:type="dxa"/>
              <w:left w:w="90" w:type="dxa"/>
              <w:bottom w:w="70" w:type="dxa"/>
              <w:right w:w="90" w:type="dxa"/>
            </w:tcMar>
            <w:vAlign w:val="center"/>
          </w:tcPr>
          <w:p w14:paraId="6C1E1033" w14:textId="77777777" w:rsidR="00CE09A5" w:rsidRDefault="00940C04">
            <w:pPr>
              <w:spacing w:after="0"/>
            </w:pPr>
            <w:r>
              <w:rPr>
                <w:b/>
                <w:sz w:val="18"/>
              </w:rPr>
              <w:t>Title in Portuguese</w:t>
            </w:r>
          </w:p>
        </w:tc>
        <w:tc>
          <w:tcPr>
            <w:tcW w:w="7415" w:type="dxa"/>
            <w:tcMar>
              <w:top w:w="70" w:type="dxa"/>
              <w:left w:w="90" w:type="dxa"/>
              <w:bottom w:w="70" w:type="dxa"/>
              <w:right w:w="90" w:type="dxa"/>
            </w:tcMar>
            <w:vAlign w:val="center"/>
          </w:tcPr>
          <w:p w14:paraId="5860582E" w14:textId="77777777" w:rsidR="00CE09A5" w:rsidRDefault="00940C04">
            <w:pPr>
              <w:spacing w:after="0"/>
            </w:pPr>
            <w:r>
              <w:rPr>
                <w:sz w:val="18"/>
              </w:rPr>
              <w:t>Click or tap to enter the title</w:t>
            </w:r>
          </w:p>
        </w:tc>
      </w:tr>
      <w:tr w:rsidR="00CE09A5" w14:paraId="3C230830" w14:textId="77777777" w:rsidTr="00F31A88">
        <w:trPr>
          <w:jc w:val="center"/>
        </w:trPr>
        <w:tc>
          <w:tcPr>
            <w:tcW w:w="2547" w:type="dxa"/>
            <w:shd w:val="clear" w:color="auto" w:fill="F2F2F2"/>
            <w:tcMar>
              <w:top w:w="70" w:type="dxa"/>
              <w:left w:w="90" w:type="dxa"/>
              <w:bottom w:w="70" w:type="dxa"/>
              <w:right w:w="90" w:type="dxa"/>
            </w:tcMar>
            <w:vAlign w:val="center"/>
          </w:tcPr>
          <w:p w14:paraId="0F7D6A1A" w14:textId="77777777" w:rsidR="00CE09A5" w:rsidRDefault="00940C04">
            <w:pPr>
              <w:spacing w:after="0"/>
            </w:pPr>
            <w:r>
              <w:rPr>
                <w:b/>
                <w:sz w:val="18"/>
              </w:rPr>
              <w:t>Title in English</w:t>
            </w:r>
          </w:p>
        </w:tc>
        <w:tc>
          <w:tcPr>
            <w:tcW w:w="7415" w:type="dxa"/>
            <w:tcMar>
              <w:top w:w="70" w:type="dxa"/>
              <w:left w:w="90" w:type="dxa"/>
              <w:bottom w:w="70" w:type="dxa"/>
              <w:right w:w="90" w:type="dxa"/>
            </w:tcMar>
            <w:vAlign w:val="center"/>
          </w:tcPr>
          <w:p w14:paraId="595C11C8" w14:textId="77777777" w:rsidR="00CE09A5" w:rsidRDefault="00940C04">
            <w:pPr>
              <w:spacing w:after="0"/>
            </w:pPr>
            <w:r>
              <w:rPr>
                <w:sz w:val="18"/>
              </w:rPr>
              <w:t>Click or tap to enter the title</w:t>
            </w:r>
          </w:p>
        </w:tc>
      </w:tr>
      <w:tr w:rsidR="00CE09A5" w14:paraId="62B8C89A" w14:textId="77777777" w:rsidTr="00F31A88">
        <w:trPr>
          <w:jc w:val="center"/>
        </w:trPr>
        <w:tc>
          <w:tcPr>
            <w:tcW w:w="2547" w:type="dxa"/>
            <w:shd w:val="clear" w:color="auto" w:fill="F2F2F2"/>
            <w:tcMar>
              <w:top w:w="70" w:type="dxa"/>
              <w:left w:w="90" w:type="dxa"/>
              <w:bottom w:w="70" w:type="dxa"/>
              <w:right w:w="90" w:type="dxa"/>
            </w:tcMar>
            <w:vAlign w:val="center"/>
          </w:tcPr>
          <w:p w14:paraId="26FDEDCF" w14:textId="77777777" w:rsidR="00CE09A5" w:rsidRDefault="00940C04">
            <w:pPr>
              <w:spacing w:after="0"/>
            </w:pPr>
            <w:r>
              <w:rPr>
                <w:b/>
                <w:sz w:val="18"/>
              </w:rPr>
              <w:t>Title in Spanish</w:t>
            </w:r>
          </w:p>
        </w:tc>
        <w:tc>
          <w:tcPr>
            <w:tcW w:w="7415" w:type="dxa"/>
            <w:tcMar>
              <w:top w:w="70" w:type="dxa"/>
              <w:left w:w="90" w:type="dxa"/>
              <w:bottom w:w="70" w:type="dxa"/>
              <w:right w:w="90" w:type="dxa"/>
            </w:tcMar>
            <w:vAlign w:val="center"/>
          </w:tcPr>
          <w:p w14:paraId="7698E5E7" w14:textId="77777777" w:rsidR="00CE09A5" w:rsidRDefault="00940C04">
            <w:pPr>
              <w:spacing w:after="0"/>
            </w:pPr>
            <w:r>
              <w:rPr>
                <w:sz w:val="18"/>
              </w:rPr>
              <w:t>Click or tap to enter the title</w:t>
            </w:r>
          </w:p>
        </w:tc>
      </w:tr>
      <w:tr w:rsidR="00CE09A5" w14:paraId="31373D91" w14:textId="77777777" w:rsidTr="00F31A88">
        <w:trPr>
          <w:jc w:val="center"/>
        </w:trPr>
        <w:tc>
          <w:tcPr>
            <w:tcW w:w="2547" w:type="dxa"/>
            <w:shd w:val="clear" w:color="auto" w:fill="F2F2F2"/>
            <w:tcMar>
              <w:top w:w="70" w:type="dxa"/>
              <w:left w:w="90" w:type="dxa"/>
              <w:bottom w:w="70" w:type="dxa"/>
              <w:right w:w="90" w:type="dxa"/>
            </w:tcMar>
            <w:vAlign w:val="center"/>
          </w:tcPr>
          <w:p w14:paraId="65F4952F" w14:textId="77777777" w:rsidR="00CE09A5" w:rsidRDefault="00940C04">
            <w:pPr>
              <w:spacing w:after="0"/>
            </w:pPr>
            <w:r>
              <w:rPr>
                <w:b/>
                <w:sz w:val="18"/>
              </w:rPr>
              <w:t>Manuscript type</w:t>
            </w:r>
          </w:p>
        </w:tc>
        <w:tc>
          <w:tcPr>
            <w:tcW w:w="7415" w:type="dxa"/>
            <w:tcMar>
              <w:top w:w="70" w:type="dxa"/>
              <w:left w:w="90" w:type="dxa"/>
              <w:bottom w:w="70" w:type="dxa"/>
              <w:right w:w="90" w:type="dxa"/>
            </w:tcMar>
            <w:vAlign w:val="center"/>
          </w:tcPr>
          <w:p w14:paraId="730C12B9" w14:textId="59FBF9B2" w:rsidR="00CE09A5" w:rsidRDefault="00000000">
            <w:pPr>
              <w:spacing w:after="0"/>
            </w:pPr>
            <w:sdt>
              <w:sdtPr>
                <w:rPr>
                  <w:color w:val="9C0006"/>
                </w:rPr>
                <w:id w:val="923836609"/>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Research article   </w:t>
            </w:r>
            <w:sdt>
              <w:sdtPr>
                <w:rPr>
                  <w:color w:val="9C0006"/>
                </w:rPr>
                <w:id w:val="552268672"/>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Review article   </w:t>
            </w:r>
            <w:sdt>
              <w:sdtPr>
                <w:rPr>
                  <w:color w:val="9C0006"/>
                </w:rPr>
                <w:id w:val="1928693230"/>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Theoretical article/essay   </w:t>
            </w:r>
            <w:sdt>
              <w:sdtPr>
                <w:rPr>
                  <w:color w:val="9C0006"/>
                </w:rPr>
                <w:id w:val="411830662"/>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Editorial</w:t>
            </w:r>
          </w:p>
        </w:tc>
      </w:tr>
      <w:tr w:rsidR="00CE09A5" w14:paraId="617C8EB9" w14:textId="77777777" w:rsidTr="00F31A88">
        <w:trPr>
          <w:jc w:val="center"/>
        </w:trPr>
        <w:tc>
          <w:tcPr>
            <w:tcW w:w="2547" w:type="dxa"/>
            <w:shd w:val="clear" w:color="auto" w:fill="F2F2F2"/>
            <w:tcMar>
              <w:top w:w="70" w:type="dxa"/>
              <w:left w:w="90" w:type="dxa"/>
              <w:bottom w:w="70" w:type="dxa"/>
              <w:right w:w="90" w:type="dxa"/>
            </w:tcMar>
            <w:vAlign w:val="center"/>
          </w:tcPr>
          <w:p w14:paraId="2F41AEFB" w14:textId="77777777" w:rsidR="00CE09A5" w:rsidRDefault="00940C04">
            <w:pPr>
              <w:spacing w:after="0"/>
            </w:pPr>
            <w:r>
              <w:rPr>
                <w:b/>
                <w:sz w:val="18"/>
              </w:rPr>
              <w:t>Submission ID</w:t>
            </w:r>
          </w:p>
        </w:tc>
        <w:tc>
          <w:tcPr>
            <w:tcW w:w="7415" w:type="dxa"/>
            <w:tcMar>
              <w:top w:w="70" w:type="dxa"/>
              <w:left w:w="90" w:type="dxa"/>
              <w:bottom w:w="70" w:type="dxa"/>
              <w:right w:w="90" w:type="dxa"/>
            </w:tcMar>
            <w:vAlign w:val="center"/>
          </w:tcPr>
          <w:p w14:paraId="05E29BB8" w14:textId="77777777" w:rsidR="00CE09A5" w:rsidRDefault="00940C04">
            <w:pPr>
              <w:spacing w:after="0"/>
            </w:pPr>
            <w:r>
              <w:rPr>
                <w:sz w:val="18"/>
              </w:rPr>
              <w:t>Click or tap to enter the ID, when available</w:t>
            </w:r>
          </w:p>
        </w:tc>
      </w:tr>
    </w:tbl>
    <w:p w14:paraId="027C47D8" w14:textId="77777777" w:rsidR="00CE09A5" w:rsidRDefault="00940C04">
      <w:pPr>
        <w:pStyle w:val="RIISH1"/>
      </w:pPr>
      <w:r>
        <w:t>1.2. Author identification and order</w:t>
      </w:r>
    </w:p>
    <w:p w14:paraId="74DCEDE0" w14:textId="77777777" w:rsidR="00CE09A5" w:rsidRDefault="00940C04">
      <w:r>
        <w:rPr>
          <w:sz w:val="18"/>
        </w:rPr>
        <w:t>The order of authors must match the metadata entered in OJS. Add rows as necessary.</w:t>
      </w:r>
    </w:p>
    <w:tbl>
      <w:tblPr>
        <w:tblStyle w:val="TabelacomGrelha"/>
        <w:tblW w:w="0" w:type="auto"/>
        <w:jc w:val="center"/>
        <w:tblLook w:val="04A0" w:firstRow="1" w:lastRow="0" w:firstColumn="1" w:lastColumn="0" w:noHBand="0" w:noVBand="1"/>
      </w:tblPr>
      <w:tblGrid>
        <w:gridCol w:w="427"/>
        <w:gridCol w:w="2689"/>
        <w:gridCol w:w="1865"/>
        <w:gridCol w:w="1660"/>
        <w:gridCol w:w="1660"/>
        <w:gridCol w:w="1661"/>
      </w:tblGrid>
      <w:tr w:rsidR="00CE09A5" w14:paraId="321C2310" w14:textId="77777777" w:rsidTr="00404F31">
        <w:trPr>
          <w:tblHeader/>
          <w:jc w:val="center"/>
        </w:trPr>
        <w:tc>
          <w:tcPr>
            <w:tcW w:w="426" w:type="dxa"/>
            <w:shd w:val="clear" w:color="auto" w:fill="9C0006"/>
            <w:tcMar>
              <w:top w:w="55" w:type="dxa"/>
              <w:left w:w="60" w:type="dxa"/>
              <w:bottom w:w="55" w:type="dxa"/>
              <w:right w:w="60" w:type="dxa"/>
            </w:tcMar>
            <w:vAlign w:val="center"/>
          </w:tcPr>
          <w:p w14:paraId="5A9EA45C" w14:textId="77777777" w:rsidR="00CE09A5" w:rsidRDefault="00940C04">
            <w:r>
              <w:rPr>
                <w:b/>
                <w:color w:val="FFFFFF"/>
                <w:sz w:val="16"/>
              </w:rPr>
              <w:t>No.</w:t>
            </w:r>
          </w:p>
        </w:tc>
        <w:tc>
          <w:tcPr>
            <w:tcW w:w="2693" w:type="dxa"/>
            <w:shd w:val="clear" w:color="auto" w:fill="9C0006"/>
            <w:tcMar>
              <w:top w:w="55" w:type="dxa"/>
              <w:left w:w="60" w:type="dxa"/>
              <w:bottom w:w="55" w:type="dxa"/>
              <w:right w:w="60" w:type="dxa"/>
            </w:tcMar>
            <w:vAlign w:val="center"/>
          </w:tcPr>
          <w:p w14:paraId="13144341" w14:textId="77777777" w:rsidR="00CE09A5" w:rsidRDefault="00940C04">
            <w:r>
              <w:rPr>
                <w:b/>
                <w:color w:val="FFFFFF"/>
                <w:sz w:val="16"/>
              </w:rPr>
              <w:t>Name</w:t>
            </w:r>
          </w:p>
        </w:tc>
        <w:tc>
          <w:tcPr>
            <w:tcW w:w="1867" w:type="dxa"/>
            <w:shd w:val="clear" w:color="auto" w:fill="9C0006"/>
            <w:tcMar>
              <w:top w:w="55" w:type="dxa"/>
              <w:left w:w="60" w:type="dxa"/>
              <w:bottom w:w="55" w:type="dxa"/>
              <w:right w:w="60" w:type="dxa"/>
            </w:tcMar>
            <w:vAlign w:val="center"/>
          </w:tcPr>
          <w:p w14:paraId="0B64C253" w14:textId="77777777" w:rsidR="00CE09A5" w:rsidRDefault="00940C04">
            <w:r>
              <w:rPr>
                <w:b/>
                <w:color w:val="FFFFFF"/>
                <w:sz w:val="16"/>
              </w:rPr>
              <w:t>Academic degree</w:t>
            </w:r>
          </w:p>
        </w:tc>
        <w:tc>
          <w:tcPr>
            <w:tcW w:w="1662" w:type="dxa"/>
            <w:shd w:val="clear" w:color="auto" w:fill="9C0006"/>
            <w:tcMar>
              <w:top w:w="55" w:type="dxa"/>
              <w:left w:w="60" w:type="dxa"/>
              <w:bottom w:w="55" w:type="dxa"/>
              <w:right w:w="60" w:type="dxa"/>
            </w:tcMar>
            <w:vAlign w:val="center"/>
          </w:tcPr>
          <w:p w14:paraId="337F95FD" w14:textId="77777777" w:rsidR="00CE09A5" w:rsidRDefault="00940C04">
            <w:r>
              <w:rPr>
                <w:b/>
                <w:color w:val="FFFFFF"/>
                <w:sz w:val="16"/>
              </w:rPr>
              <w:t>Email</w:t>
            </w:r>
          </w:p>
        </w:tc>
        <w:tc>
          <w:tcPr>
            <w:tcW w:w="1662" w:type="dxa"/>
            <w:shd w:val="clear" w:color="auto" w:fill="9C0006"/>
            <w:tcMar>
              <w:top w:w="55" w:type="dxa"/>
              <w:left w:w="60" w:type="dxa"/>
              <w:bottom w:w="55" w:type="dxa"/>
              <w:right w:w="60" w:type="dxa"/>
            </w:tcMar>
            <w:vAlign w:val="center"/>
          </w:tcPr>
          <w:p w14:paraId="40A9C85A" w14:textId="77777777" w:rsidR="00CE09A5" w:rsidRDefault="00940C04">
            <w:r>
              <w:rPr>
                <w:b/>
                <w:color w:val="FFFFFF"/>
                <w:sz w:val="16"/>
              </w:rPr>
              <w:t>ORCID</w:t>
            </w:r>
          </w:p>
        </w:tc>
        <w:tc>
          <w:tcPr>
            <w:tcW w:w="1662" w:type="dxa"/>
            <w:shd w:val="clear" w:color="auto" w:fill="9C0006"/>
            <w:tcMar>
              <w:top w:w="55" w:type="dxa"/>
              <w:left w:w="60" w:type="dxa"/>
              <w:bottom w:w="55" w:type="dxa"/>
              <w:right w:w="60" w:type="dxa"/>
            </w:tcMar>
            <w:vAlign w:val="center"/>
          </w:tcPr>
          <w:p w14:paraId="4C77FC70" w14:textId="77777777" w:rsidR="00CE09A5" w:rsidRDefault="00940C04">
            <w:r>
              <w:rPr>
                <w:b/>
                <w:color w:val="FFFFFF"/>
                <w:sz w:val="16"/>
              </w:rPr>
              <w:t>Corresponding author</w:t>
            </w:r>
          </w:p>
        </w:tc>
      </w:tr>
      <w:tr w:rsidR="00CE09A5" w14:paraId="32099E73" w14:textId="77777777" w:rsidTr="00404F31">
        <w:trPr>
          <w:jc w:val="center"/>
        </w:trPr>
        <w:tc>
          <w:tcPr>
            <w:tcW w:w="426" w:type="dxa"/>
            <w:tcMar>
              <w:top w:w="55" w:type="dxa"/>
              <w:left w:w="60" w:type="dxa"/>
              <w:bottom w:w="55" w:type="dxa"/>
              <w:right w:w="60" w:type="dxa"/>
            </w:tcMar>
            <w:vAlign w:val="center"/>
          </w:tcPr>
          <w:p w14:paraId="7C79F680" w14:textId="77777777" w:rsidR="00CE09A5" w:rsidRDefault="00940C04">
            <w:r>
              <w:rPr>
                <w:sz w:val="16"/>
              </w:rPr>
              <w:t>1</w:t>
            </w:r>
          </w:p>
        </w:tc>
        <w:tc>
          <w:tcPr>
            <w:tcW w:w="2693" w:type="dxa"/>
            <w:tcMar>
              <w:top w:w="55" w:type="dxa"/>
              <w:left w:w="60" w:type="dxa"/>
              <w:bottom w:w="55" w:type="dxa"/>
              <w:right w:w="60" w:type="dxa"/>
            </w:tcMar>
            <w:vAlign w:val="center"/>
          </w:tcPr>
          <w:p w14:paraId="6DF27699" w14:textId="77777777" w:rsidR="00CE09A5" w:rsidRDefault="00940C04">
            <w:r>
              <w:rPr>
                <w:sz w:val="16"/>
              </w:rPr>
              <w:t>Click or tap</w:t>
            </w:r>
          </w:p>
        </w:tc>
        <w:tc>
          <w:tcPr>
            <w:tcW w:w="1867" w:type="dxa"/>
            <w:tcMar>
              <w:top w:w="55" w:type="dxa"/>
              <w:left w:w="60" w:type="dxa"/>
              <w:bottom w:w="55" w:type="dxa"/>
              <w:right w:w="60" w:type="dxa"/>
            </w:tcMar>
            <w:vAlign w:val="center"/>
          </w:tcPr>
          <w:p w14:paraId="09BCAD38" w14:textId="77777777" w:rsidR="00CE09A5" w:rsidRDefault="00940C04">
            <w:r>
              <w:rPr>
                <w:sz w:val="16"/>
              </w:rPr>
              <w:t>Click or tap</w:t>
            </w:r>
          </w:p>
        </w:tc>
        <w:tc>
          <w:tcPr>
            <w:tcW w:w="1662" w:type="dxa"/>
            <w:tcMar>
              <w:top w:w="55" w:type="dxa"/>
              <w:left w:w="60" w:type="dxa"/>
              <w:bottom w:w="55" w:type="dxa"/>
              <w:right w:w="60" w:type="dxa"/>
            </w:tcMar>
            <w:vAlign w:val="center"/>
          </w:tcPr>
          <w:p w14:paraId="264DE488" w14:textId="77777777" w:rsidR="00CE09A5" w:rsidRDefault="00940C04">
            <w:r>
              <w:rPr>
                <w:sz w:val="16"/>
              </w:rPr>
              <w:t>Click or tap</w:t>
            </w:r>
          </w:p>
        </w:tc>
        <w:tc>
          <w:tcPr>
            <w:tcW w:w="1662" w:type="dxa"/>
            <w:tcMar>
              <w:top w:w="55" w:type="dxa"/>
              <w:left w:w="60" w:type="dxa"/>
              <w:bottom w:w="55" w:type="dxa"/>
              <w:right w:w="60" w:type="dxa"/>
            </w:tcMar>
            <w:vAlign w:val="center"/>
          </w:tcPr>
          <w:p w14:paraId="15450F2C" w14:textId="77777777" w:rsidR="00CE09A5" w:rsidRDefault="00940C04">
            <w:r>
              <w:rPr>
                <w:sz w:val="16"/>
              </w:rPr>
              <w:t>0000-0000-0000-0000</w:t>
            </w:r>
          </w:p>
        </w:tc>
        <w:tc>
          <w:tcPr>
            <w:tcW w:w="1662" w:type="dxa"/>
            <w:tcMar>
              <w:top w:w="55" w:type="dxa"/>
              <w:left w:w="60" w:type="dxa"/>
              <w:bottom w:w="55" w:type="dxa"/>
              <w:right w:w="60" w:type="dxa"/>
            </w:tcMar>
            <w:vAlign w:val="center"/>
          </w:tcPr>
          <w:p w14:paraId="1563D5B1" w14:textId="24A11AFF" w:rsidR="00CE09A5" w:rsidRDefault="00000000">
            <w:sdt>
              <w:sdtPr>
                <w:rPr>
                  <w:color w:val="9C0006"/>
                </w:rPr>
                <w:id w:val="1972640162"/>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6"/>
              </w:rPr>
              <w:t xml:space="preserve"> Yes   </w:t>
            </w:r>
            <w:sdt>
              <w:sdtPr>
                <w:rPr>
                  <w:color w:val="9C0006"/>
                </w:rPr>
                <w:id w:val="751855390"/>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6"/>
              </w:rPr>
              <w:t xml:space="preserve"> No</w:t>
            </w:r>
          </w:p>
        </w:tc>
      </w:tr>
      <w:tr w:rsidR="00CE09A5" w14:paraId="0BFD6D6E" w14:textId="77777777" w:rsidTr="00404F31">
        <w:trPr>
          <w:jc w:val="center"/>
        </w:trPr>
        <w:tc>
          <w:tcPr>
            <w:tcW w:w="426" w:type="dxa"/>
            <w:tcMar>
              <w:top w:w="55" w:type="dxa"/>
              <w:left w:w="60" w:type="dxa"/>
              <w:bottom w:w="55" w:type="dxa"/>
              <w:right w:w="60" w:type="dxa"/>
            </w:tcMar>
            <w:vAlign w:val="center"/>
          </w:tcPr>
          <w:p w14:paraId="36106FA1" w14:textId="77777777" w:rsidR="00CE09A5" w:rsidRDefault="00940C04">
            <w:r>
              <w:rPr>
                <w:sz w:val="16"/>
              </w:rPr>
              <w:t>2</w:t>
            </w:r>
          </w:p>
        </w:tc>
        <w:tc>
          <w:tcPr>
            <w:tcW w:w="2693" w:type="dxa"/>
            <w:tcMar>
              <w:top w:w="55" w:type="dxa"/>
              <w:left w:w="60" w:type="dxa"/>
              <w:bottom w:w="55" w:type="dxa"/>
              <w:right w:w="60" w:type="dxa"/>
            </w:tcMar>
            <w:vAlign w:val="center"/>
          </w:tcPr>
          <w:p w14:paraId="2F9742C4" w14:textId="77777777" w:rsidR="00CE09A5" w:rsidRDefault="00940C04">
            <w:r>
              <w:rPr>
                <w:sz w:val="16"/>
              </w:rPr>
              <w:t>Click or tap</w:t>
            </w:r>
          </w:p>
        </w:tc>
        <w:tc>
          <w:tcPr>
            <w:tcW w:w="1867" w:type="dxa"/>
            <w:tcMar>
              <w:top w:w="55" w:type="dxa"/>
              <w:left w:w="60" w:type="dxa"/>
              <w:bottom w:w="55" w:type="dxa"/>
              <w:right w:w="60" w:type="dxa"/>
            </w:tcMar>
            <w:vAlign w:val="center"/>
          </w:tcPr>
          <w:p w14:paraId="58E9136C" w14:textId="77777777" w:rsidR="00CE09A5" w:rsidRDefault="00940C04">
            <w:r>
              <w:rPr>
                <w:sz w:val="16"/>
              </w:rPr>
              <w:t>Click or tap</w:t>
            </w:r>
          </w:p>
        </w:tc>
        <w:tc>
          <w:tcPr>
            <w:tcW w:w="1662" w:type="dxa"/>
            <w:tcMar>
              <w:top w:w="55" w:type="dxa"/>
              <w:left w:w="60" w:type="dxa"/>
              <w:bottom w:w="55" w:type="dxa"/>
              <w:right w:w="60" w:type="dxa"/>
            </w:tcMar>
            <w:vAlign w:val="center"/>
          </w:tcPr>
          <w:p w14:paraId="009AF53F" w14:textId="77777777" w:rsidR="00CE09A5" w:rsidRDefault="00940C04">
            <w:r>
              <w:rPr>
                <w:sz w:val="16"/>
              </w:rPr>
              <w:t>Click or tap</w:t>
            </w:r>
          </w:p>
        </w:tc>
        <w:tc>
          <w:tcPr>
            <w:tcW w:w="1662" w:type="dxa"/>
            <w:tcMar>
              <w:top w:w="55" w:type="dxa"/>
              <w:left w:w="60" w:type="dxa"/>
              <w:bottom w:w="55" w:type="dxa"/>
              <w:right w:w="60" w:type="dxa"/>
            </w:tcMar>
            <w:vAlign w:val="center"/>
          </w:tcPr>
          <w:p w14:paraId="53BF31A6" w14:textId="77777777" w:rsidR="00CE09A5" w:rsidRDefault="00940C04">
            <w:r>
              <w:rPr>
                <w:sz w:val="16"/>
              </w:rPr>
              <w:t>0000-0000-0000-0000</w:t>
            </w:r>
          </w:p>
        </w:tc>
        <w:tc>
          <w:tcPr>
            <w:tcW w:w="1662" w:type="dxa"/>
            <w:tcMar>
              <w:top w:w="55" w:type="dxa"/>
              <w:left w:w="60" w:type="dxa"/>
              <w:bottom w:w="55" w:type="dxa"/>
              <w:right w:w="60" w:type="dxa"/>
            </w:tcMar>
            <w:vAlign w:val="center"/>
          </w:tcPr>
          <w:p w14:paraId="68E09D3F" w14:textId="03EA0E2E" w:rsidR="00CE09A5" w:rsidRDefault="00000000">
            <w:sdt>
              <w:sdtPr>
                <w:rPr>
                  <w:color w:val="9C0006"/>
                </w:rPr>
                <w:id w:val="1323010142"/>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6"/>
              </w:rPr>
              <w:t xml:space="preserve"> Yes   </w:t>
            </w:r>
            <w:sdt>
              <w:sdtPr>
                <w:rPr>
                  <w:color w:val="9C0006"/>
                </w:rPr>
                <w:id w:val="1933541991"/>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6"/>
              </w:rPr>
              <w:t xml:space="preserve"> No</w:t>
            </w:r>
          </w:p>
        </w:tc>
      </w:tr>
      <w:tr w:rsidR="00CE09A5" w14:paraId="3B920229" w14:textId="77777777" w:rsidTr="00404F31">
        <w:trPr>
          <w:jc w:val="center"/>
        </w:trPr>
        <w:tc>
          <w:tcPr>
            <w:tcW w:w="426" w:type="dxa"/>
            <w:tcMar>
              <w:top w:w="55" w:type="dxa"/>
              <w:left w:w="60" w:type="dxa"/>
              <w:bottom w:w="55" w:type="dxa"/>
              <w:right w:w="60" w:type="dxa"/>
            </w:tcMar>
            <w:vAlign w:val="center"/>
          </w:tcPr>
          <w:p w14:paraId="145BCBE3" w14:textId="77777777" w:rsidR="00CE09A5" w:rsidRDefault="00940C04">
            <w:r>
              <w:rPr>
                <w:sz w:val="16"/>
              </w:rPr>
              <w:t>3</w:t>
            </w:r>
          </w:p>
        </w:tc>
        <w:tc>
          <w:tcPr>
            <w:tcW w:w="2693" w:type="dxa"/>
            <w:tcMar>
              <w:top w:w="55" w:type="dxa"/>
              <w:left w:w="60" w:type="dxa"/>
              <w:bottom w:w="55" w:type="dxa"/>
              <w:right w:w="60" w:type="dxa"/>
            </w:tcMar>
            <w:vAlign w:val="center"/>
          </w:tcPr>
          <w:p w14:paraId="20A97C6A" w14:textId="77777777" w:rsidR="00CE09A5" w:rsidRDefault="00940C04">
            <w:r>
              <w:rPr>
                <w:sz w:val="16"/>
              </w:rPr>
              <w:t>Click or tap</w:t>
            </w:r>
          </w:p>
        </w:tc>
        <w:tc>
          <w:tcPr>
            <w:tcW w:w="1867" w:type="dxa"/>
            <w:tcMar>
              <w:top w:w="55" w:type="dxa"/>
              <w:left w:w="60" w:type="dxa"/>
              <w:bottom w:w="55" w:type="dxa"/>
              <w:right w:w="60" w:type="dxa"/>
            </w:tcMar>
            <w:vAlign w:val="center"/>
          </w:tcPr>
          <w:p w14:paraId="2116A3C9" w14:textId="77777777" w:rsidR="00CE09A5" w:rsidRDefault="00940C04">
            <w:r>
              <w:rPr>
                <w:sz w:val="16"/>
              </w:rPr>
              <w:t>Click or tap</w:t>
            </w:r>
          </w:p>
        </w:tc>
        <w:tc>
          <w:tcPr>
            <w:tcW w:w="1662" w:type="dxa"/>
            <w:tcMar>
              <w:top w:w="55" w:type="dxa"/>
              <w:left w:w="60" w:type="dxa"/>
              <w:bottom w:w="55" w:type="dxa"/>
              <w:right w:w="60" w:type="dxa"/>
            </w:tcMar>
            <w:vAlign w:val="center"/>
          </w:tcPr>
          <w:p w14:paraId="7C960F1D" w14:textId="77777777" w:rsidR="00CE09A5" w:rsidRDefault="00940C04">
            <w:r>
              <w:rPr>
                <w:sz w:val="16"/>
              </w:rPr>
              <w:t>Click or tap</w:t>
            </w:r>
          </w:p>
        </w:tc>
        <w:tc>
          <w:tcPr>
            <w:tcW w:w="1662" w:type="dxa"/>
            <w:tcMar>
              <w:top w:w="55" w:type="dxa"/>
              <w:left w:w="60" w:type="dxa"/>
              <w:bottom w:w="55" w:type="dxa"/>
              <w:right w:w="60" w:type="dxa"/>
            </w:tcMar>
            <w:vAlign w:val="center"/>
          </w:tcPr>
          <w:p w14:paraId="23CEB51C" w14:textId="77777777" w:rsidR="00CE09A5" w:rsidRDefault="00940C04">
            <w:r>
              <w:rPr>
                <w:sz w:val="16"/>
              </w:rPr>
              <w:t>0000-0000-0000-0000</w:t>
            </w:r>
          </w:p>
        </w:tc>
        <w:tc>
          <w:tcPr>
            <w:tcW w:w="1662" w:type="dxa"/>
            <w:tcMar>
              <w:top w:w="55" w:type="dxa"/>
              <w:left w:w="60" w:type="dxa"/>
              <w:bottom w:w="55" w:type="dxa"/>
              <w:right w:w="60" w:type="dxa"/>
            </w:tcMar>
            <w:vAlign w:val="center"/>
          </w:tcPr>
          <w:p w14:paraId="4C06CA77" w14:textId="6CF1155F" w:rsidR="00CE09A5" w:rsidRDefault="00000000">
            <w:sdt>
              <w:sdtPr>
                <w:rPr>
                  <w:color w:val="9C0006"/>
                </w:rPr>
                <w:id w:val="1520809025"/>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6"/>
              </w:rPr>
              <w:t xml:space="preserve"> Yes   </w:t>
            </w:r>
            <w:sdt>
              <w:sdtPr>
                <w:rPr>
                  <w:color w:val="9C0006"/>
                </w:rPr>
                <w:id w:val="1798490418"/>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6"/>
              </w:rPr>
              <w:t xml:space="preserve"> No</w:t>
            </w:r>
          </w:p>
        </w:tc>
      </w:tr>
      <w:tr w:rsidR="00CE09A5" w14:paraId="4BCF38B4" w14:textId="77777777" w:rsidTr="00404F31">
        <w:trPr>
          <w:jc w:val="center"/>
        </w:trPr>
        <w:tc>
          <w:tcPr>
            <w:tcW w:w="426" w:type="dxa"/>
            <w:tcMar>
              <w:top w:w="55" w:type="dxa"/>
              <w:left w:w="60" w:type="dxa"/>
              <w:bottom w:w="55" w:type="dxa"/>
              <w:right w:w="60" w:type="dxa"/>
            </w:tcMar>
            <w:vAlign w:val="center"/>
          </w:tcPr>
          <w:p w14:paraId="6B69AAF2" w14:textId="77777777" w:rsidR="00CE09A5" w:rsidRDefault="00940C04">
            <w:r>
              <w:rPr>
                <w:sz w:val="16"/>
              </w:rPr>
              <w:t>4</w:t>
            </w:r>
          </w:p>
        </w:tc>
        <w:tc>
          <w:tcPr>
            <w:tcW w:w="2693" w:type="dxa"/>
            <w:tcMar>
              <w:top w:w="55" w:type="dxa"/>
              <w:left w:w="60" w:type="dxa"/>
              <w:bottom w:w="55" w:type="dxa"/>
              <w:right w:w="60" w:type="dxa"/>
            </w:tcMar>
            <w:vAlign w:val="center"/>
          </w:tcPr>
          <w:p w14:paraId="4FCFEDC4" w14:textId="77777777" w:rsidR="00CE09A5" w:rsidRDefault="00940C04">
            <w:r>
              <w:rPr>
                <w:sz w:val="16"/>
              </w:rPr>
              <w:t>Click or tap</w:t>
            </w:r>
          </w:p>
        </w:tc>
        <w:tc>
          <w:tcPr>
            <w:tcW w:w="1867" w:type="dxa"/>
            <w:tcMar>
              <w:top w:w="55" w:type="dxa"/>
              <w:left w:w="60" w:type="dxa"/>
              <w:bottom w:w="55" w:type="dxa"/>
              <w:right w:w="60" w:type="dxa"/>
            </w:tcMar>
            <w:vAlign w:val="center"/>
          </w:tcPr>
          <w:p w14:paraId="76E148BF" w14:textId="77777777" w:rsidR="00CE09A5" w:rsidRDefault="00940C04">
            <w:r>
              <w:rPr>
                <w:sz w:val="16"/>
              </w:rPr>
              <w:t>Click or tap</w:t>
            </w:r>
          </w:p>
        </w:tc>
        <w:tc>
          <w:tcPr>
            <w:tcW w:w="1662" w:type="dxa"/>
            <w:tcMar>
              <w:top w:w="55" w:type="dxa"/>
              <w:left w:w="60" w:type="dxa"/>
              <w:bottom w:w="55" w:type="dxa"/>
              <w:right w:w="60" w:type="dxa"/>
            </w:tcMar>
            <w:vAlign w:val="center"/>
          </w:tcPr>
          <w:p w14:paraId="3BB0D1B4" w14:textId="77777777" w:rsidR="00CE09A5" w:rsidRDefault="00940C04">
            <w:r>
              <w:rPr>
                <w:sz w:val="16"/>
              </w:rPr>
              <w:t>Click or tap</w:t>
            </w:r>
          </w:p>
        </w:tc>
        <w:tc>
          <w:tcPr>
            <w:tcW w:w="1662" w:type="dxa"/>
            <w:tcMar>
              <w:top w:w="55" w:type="dxa"/>
              <w:left w:w="60" w:type="dxa"/>
              <w:bottom w:w="55" w:type="dxa"/>
              <w:right w:w="60" w:type="dxa"/>
            </w:tcMar>
            <w:vAlign w:val="center"/>
          </w:tcPr>
          <w:p w14:paraId="0969CC39" w14:textId="77777777" w:rsidR="00CE09A5" w:rsidRDefault="00940C04">
            <w:r>
              <w:rPr>
                <w:sz w:val="16"/>
              </w:rPr>
              <w:t>0000-0000-0000-0000</w:t>
            </w:r>
          </w:p>
        </w:tc>
        <w:tc>
          <w:tcPr>
            <w:tcW w:w="1662" w:type="dxa"/>
            <w:tcMar>
              <w:top w:w="55" w:type="dxa"/>
              <w:left w:w="60" w:type="dxa"/>
              <w:bottom w:w="55" w:type="dxa"/>
              <w:right w:w="60" w:type="dxa"/>
            </w:tcMar>
            <w:vAlign w:val="center"/>
          </w:tcPr>
          <w:p w14:paraId="3ACC546A" w14:textId="4A7AAD36" w:rsidR="00CE09A5" w:rsidRDefault="00000000">
            <w:sdt>
              <w:sdtPr>
                <w:rPr>
                  <w:color w:val="9C0006"/>
                </w:rPr>
                <w:id w:val="1534308449"/>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6"/>
              </w:rPr>
              <w:t xml:space="preserve"> Yes   </w:t>
            </w:r>
            <w:sdt>
              <w:sdtPr>
                <w:rPr>
                  <w:color w:val="9C0006"/>
                </w:rPr>
                <w:id w:val="-2108106961"/>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6"/>
              </w:rPr>
              <w:t xml:space="preserve"> No</w:t>
            </w:r>
          </w:p>
        </w:tc>
      </w:tr>
    </w:tbl>
    <w:p w14:paraId="67BF3531" w14:textId="77777777" w:rsidR="00CE09A5" w:rsidRDefault="00940C04">
      <w:pPr>
        <w:pStyle w:val="RIISH1"/>
      </w:pPr>
      <w:r>
        <w:t>1.3. Institutional affiliations</w:t>
      </w:r>
    </w:p>
    <w:p w14:paraId="2D6896E8" w14:textId="77777777" w:rsidR="00CE09A5" w:rsidRDefault="00940C04">
      <w:r>
        <w:rPr>
          <w:sz w:val="18"/>
        </w:rPr>
        <w:t>Provide the full institutional affiliation, including the institution or unit, city and country.</w:t>
      </w:r>
    </w:p>
    <w:tbl>
      <w:tblPr>
        <w:tblStyle w:val="TabelacomGrelha"/>
        <w:tblW w:w="0" w:type="auto"/>
        <w:jc w:val="center"/>
        <w:tblLook w:val="04A0" w:firstRow="1" w:lastRow="0" w:firstColumn="1" w:lastColumn="0" w:noHBand="0" w:noVBand="1"/>
      </w:tblPr>
      <w:tblGrid>
        <w:gridCol w:w="425"/>
        <w:gridCol w:w="4106"/>
        <w:gridCol w:w="2940"/>
        <w:gridCol w:w="2491"/>
      </w:tblGrid>
      <w:tr w:rsidR="00CE09A5" w14:paraId="0C0D058E" w14:textId="77777777" w:rsidTr="00404F31">
        <w:trPr>
          <w:jc w:val="center"/>
        </w:trPr>
        <w:tc>
          <w:tcPr>
            <w:tcW w:w="426" w:type="dxa"/>
            <w:shd w:val="clear" w:color="auto" w:fill="9C0006"/>
            <w:tcMar>
              <w:top w:w="55" w:type="dxa"/>
              <w:left w:w="65" w:type="dxa"/>
              <w:bottom w:w="55" w:type="dxa"/>
              <w:right w:w="65" w:type="dxa"/>
            </w:tcMar>
          </w:tcPr>
          <w:p w14:paraId="207210A9" w14:textId="77777777" w:rsidR="00CE09A5" w:rsidRDefault="00940C04">
            <w:r>
              <w:rPr>
                <w:b/>
                <w:color w:val="FFFFFF"/>
                <w:sz w:val="17"/>
              </w:rPr>
              <w:t>No.</w:t>
            </w:r>
          </w:p>
        </w:tc>
        <w:tc>
          <w:tcPr>
            <w:tcW w:w="4110" w:type="dxa"/>
            <w:shd w:val="clear" w:color="auto" w:fill="9C0006"/>
            <w:tcMar>
              <w:top w:w="55" w:type="dxa"/>
              <w:left w:w="65" w:type="dxa"/>
              <w:bottom w:w="55" w:type="dxa"/>
              <w:right w:w="65" w:type="dxa"/>
            </w:tcMar>
          </w:tcPr>
          <w:p w14:paraId="52F5D6B8" w14:textId="77777777" w:rsidR="00CE09A5" w:rsidRDefault="00940C04">
            <w:r>
              <w:rPr>
                <w:b/>
                <w:color w:val="FFFFFF"/>
                <w:sz w:val="17"/>
              </w:rPr>
              <w:t>Institution / unit</w:t>
            </w:r>
          </w:p>
        </w:tc>
        <w:tc>
          <w:tcPr>
            <w:tcW w:w="2943" w:type="dxa"/>
            <w:shd w:val="clear" w:color="auto" w:fill="9C0006"/>
            <w:tcMar>
              <w:top w:w="55" w:type="dxa"/>
              <w:left w:w="65" w:type="dxa"/>
              <w:bottom w:w="55" w:type="dxa"/>
              <w:right w:w="65" w:type="dxa"/>
            </w:tcMar>
          </w:tcPr>
          <w:p w14:paraId="3C3B3AF1" w14:textId="77777777" w:rsidR="00CE09A5" w:rsidRDefault="00940C04">
            <w:r>
              <w:rPr>
                <w:b/>
                <w:color w:val="FFFFFF"/>
                <w:sz w:val="17"/>
              </w:rPr>
              <w:t>City</w:t>
            </w:r>
          </w:p>
        </w:tc>
        <w:tc>
          <w:tcPr>
            <w:tcW w:w="2493" w:type="dxa"/>
            <w:shd w:val="clear" w:color="auto" w:fill="9C0006"/>
            <w:tcMar>
              <w:top w:w="55" w:type="dxa"/>
              <w:left w:w="65" w:type="dxa"/>
              <w:bottom w:w="55" w:type="dxa"/>
              <w:right w:w="65" w:type="dxa"/>
            </w:tcMar>
          </w:tcPr>
          <w:p w14:paraId="4751112F" w14:textId="77777777" w:rsidR="00CE09A5" w:rsidRDefault="00940C04">
            <w:r>
              <w:rPr>
                <w:b/>
                <w:color w:val="FFFFFF"/>
                <w:sz w:val="17"/>
              </w:rPr>
              <w:t>Country</w:t>
            </w:r>
          </w:p>
        </w:tc>
      </w:tr>
      <w:tr w:rsidR="00CE09A5" w14:paraId="0BC04314" w14:textId="77777777" w:rsidTr="00404F31">
        <w:trPr>
          <w:jc w:val="center"/>
        </w:trPr>
        <w:tc>
          <w:tcPr>
            <w:tcW w:w="426" w:type="dxa"/>
            <w:tcMar>
              <w:top w:w="55" w:type="dxa"/>
              <w:left w:w="65" w:type="dxa"/>
              <w:bottom w:w="55" w:type="dxa"/>
              <w:right w:w="65" w:type="dxa"/>
            </w:tcMar>
          </w:tcPr>
          <w:p w14:paraId="6A9AC504" w14:textId="77777777" w:rsidR="00CE09A5" w:rsidRDefault="00940C04">
            <w:r>
              <w:rPr>
                <w:sz w:val="17"/>
              </w:rPr>
              <w:t>1</w:t>
            </w:r>
          </w:p>
        </w:tc>
        <w:tc>
          <w:tcPr>
            <w:tcW w:w="4110" w:type="dxa"/>
            <w:tcMar>
              <w:top w:w="55" w:type="dxa"/>
              <w:left w:w="65" w:type="dxa"/>
              <w:bottom w:w="55" w:type="dxa"/>
              <w:right w:w="65" w:type="dxa"/>
            </w:tcMar>
          </w:tcPr>
          <w:p w14:paraId="4E851FA4" w14:textId="77777777" w:rsidR="00CE09A5" w:rsidRDefault="00940C04">
            <w:r>
              <w:rPr>
                <w:sz w:val="17"/>
              </w:rPr>
              <w:t>Click or tap to enter</w:t>
            </w:r>
          </w:p>
        </w:tc>
        <w:tc>
          <w:tcPr>
            <w:tcW w:w="2943" w:type="dxa"/>
            <w:tcMar>
              <w:top w:w="55" w:type="dxa"/>
              <w:left w:w="65" w:type="dxa"/>
              <w:bottom w:w="55" w:type="dxa"/>
              <w:right w:w="65" w:type="dxa"/>
            </w:tcMar>
          </w:tcPr>
          <w:p w14:paraId="641BB3B6" w14:textId="77777777" w:rsidR="00CE09A5" w:rsidRDefault="00940C04">
            <w:r>
              <w:rPr>
                <w:sz w:val="17"/>
              </w:rPr>
              <w:t>Click or tap</w:t>
            </w:r>
          </w:p>
        </w:tc>
        <w:tc>
          <w:tcPr>
            <w:tcW w:w="2493" w:type="dxa"/>
            <w:tcMar>
              <w:top w:w="55" w:type="dxa"/>
              <w:left w:w="65" w:type="dxa"/>
              <w:bottom w:w="55" w:type="dxa"/>
              <w:right w:w="65" w:type="dxa"/>
            </w:tcMar>
          </w:tcPr>
          <w:p w14:paraId="15CA44DB" w14:textId="77777777" w:rsidR="00CE09A5" w:rsidRDefault="00940C04">
            <w:r>
              <w:rPr>
                <w:sz w:val="17"/>
              </w:rPr>
              <w:t>Click or tap</w:t>
            </w:r>
          </w:p>
        </w:tc>
      </w:tr>
      <w:tr w:rsidR="00CE09A5" w14:paraId="5ADE238A" w14:textId="77777777" w:rsidTr="00404F31">
        <w:trPr>
          <w:jc w:val="center"/>
        </w:trPr>
        <w:tc>
          <w:tcPr>
            <w:tcW w:w="426" w:type="dxa"/>
            <w:tcMar>
              <w:top w:w="55" w:type="dxa"/>
              <w:left w:w="65" w:type="dxa"/>
              <w:bottom w:w="55" w:type="dxa"/>
              <w:right w:w="65" w:type="dxa"/>
            </w:tcMar>
          </w:tcPr>
          <w:p w14:paraId="69DA0E9C" w14:textId="77777777" w:rsidR="00CE09A5" w:rsidRDefault="00940C04">
            <w:r>
              <w:rPr>
                <w:sz w:val="17"/>
              </w:rPr>
              <w:t>2</w:t>
            </w:r>
          </w:p>
        </w:tc>
        <w:tc>
          <w:tcPr>
            <w:tcW w:w="4110" w:type="dxa"/>
            <w:tcMar>
              <w:top w:w="55" w:type="dxa"/>
              <w:left w:w="65" w:type="dxa"/>
              <w:bottom w:w="55" w:type="dxa"/>
              <w:right w:w="65" w:type="dxa"/>
            </w:tcMar>
          </w:tcPr>
          <w:p w14:paraId="6D6F6749" w14:textId="77777777" w:rsidR="00CE09A5" w:rsidRDefault="00940C04">
            <w:r>
              <w:rPr>
                <w:sz w:val="17"/>
              </w:rPr>
              <w:t>Click or tap to enter</w:t>
            </w:r>
          </w:p>
        </w:tc>
        <w:tc>
          <w:tcPr>
            <w:tcW w:w="2943" w:type="dxa"/>
            <w:tcMar>
              <w:top w:w="55" w:type="dxa"/>
              <w:left w:w="65" w:type="dxa"/>
              <w:bottom w:w="55" w:type="dxa"/>
              <w:right w:w="65" w:type="dxa"/>
            </w:tcMar>
          </w:tcPr>
          <w:p w14:paraId="65DA5BF2" w14:textId="77777777" w:rsidR="00CE09A5" w:rsidRDefault="00940C04">
            <w:r>
              <w:rPr>
                <w:sz w:val="17"/>
              </w:rPr>
              <w:t>Click or tap</w:t>
            </w:r>
          </w:p>
        </w:tc>
        <w:tc>
          <w:tcPr>
            <w:tcW w:w="2493" w:type="dxa"/>
            <w:tcMar>
              <w:top w:w="55" w:type="dxa"/>
              <w:left w:w="65" w:type="dxa"/>
              <w:bottom w:w="55" w:type="dxa"/>
              <w:right w:w="65" w:type="dxa"/>
            </w:tcMar>
          </w:tcPr>
          <w:p w14:paraId="050639A5" w14:textId="77777777" w:rsidR="00CE09A5" w:rsidRDefault="00940C04">
            <w:r>
              <w:rPr>
                <w:sz w:val="17"/>
              </w:rPr>
              <w:t>Click or tap</w:t>
            </w:r>
          </w:p>
        </w:tc>
      </w:tr>
      <w:tr w:rsidR="00CE09A5" w14:paraId="6C0051A8" w14:textId="77777777" w:rsidTr="00404F31">
        <w:trPr>
          <w:jc w:val="center"/>
        </w:trPr>
        <w:tc>
          <w:tcPr>
            <w:tcW w:w="426" w:type="dxa"/>
            <w:tcMar>
              <w:top w:w="55" w:type="dxa"/>
              <w:left w:w="65" w:type="dxa"/>
              <w:bottom w:w="55" w:type="dxa"/>
              <w:right w:w="65" w:type="dxa"/>
            </w:tcMar>
          </w:tcPr>
          <w:p w14:paraId="1706529B" w14:textId="77777777" w:rsidR="00CE09A5" w:rsidRDefault="00940C04">
            <w:r>
              <w:rPr>
                <w:sz w:val="17"/>
              </w:rPr>
              <w:t>3</w:t>
            </w:r>
          </w:p>
        </w:tc>
        <w:tc>
          <w:tcPr>
            <w:tcW w:w="4110" w:type="dxa"/>
            <w:tcMar>
              <w:top w:w="55" w:type="dxa"/>
              <w:left w:w="65" w:type="dxa"/>
              <w:bottom w:w="55" w:type="dxa"/>
              <w:right w:w="65" w:type="dxa"/>
            </w:tcMar>
          </w:tcPr>
          <w:p w14:paraId="689BC63E" w14:textId="77777777" w:rsidR="00CE09A5" w:rsidRDefault="00940C04">
            <w:r>
              <w:rPr>
                <w:sz w:val="17"/>
              </w:rPr>
              <w:t>Click or tap to enter</w:t>
            </w:r>
          </w:p>
        </w:tc>
        <w:tc>
          <w:tcPr>
            <w:tcW w:w="2943" w:type="dxa"/>
            <w:tcMar>
              <w:top w:w="55" w:type="dxa"/>
              <w:left w:w="65" w:type="dxa"/>
              <w:bottom w:w="55" w:type="dxa"/>
              <w:right w:w="65" w:type="dxa"/>
            </w:tcMar>
          </w:tcPr>
          <w:p w14:paraId="3B1132BB" w14:textId="77777777" w:rsidR="00CE09A5" w:rsidRDefault="00940C04">
            <w:r>
              <w:rPr>
                <w:sz w:val="17"/>
              </w:rPr>
              <w:t>Click or tap</w:t>
            </w:r>
          </w:p>
        </w:tc>
        <w:tc>
          <w:tcPr>
            <w:tcW w:w="2493" w:type="dxa"/>
            <w:tcMar>
              <w:top w:w="55" w:type="dxa"/>
              <w:left w:w="65" w:type="dxa"/>
              <w:bottom w:w="55" w:type="dxa"/>
              <w:right w:w="65" w:type="dxa"/>
            </w:tcMar>
          </w:tcPr>
          <w:p w14:paraId="1DD41397" w14:textId="77777777" w:rsidR="00CE09A5" w:rsidRDefault="00940C04">
            <w:r>
              <w:rPr>
                <w:sz w:val="17"/>
              </w:rPr>
              <w:t>Click or tap</w:t>
            </w:r>
          </w:p>
        </w:tc>
      </w:tr>
      <w:tr w:rsidR="00CE09A5" w14:paraId="34F530D1" w14:textId="77777777" w:rsidTr="00404F31">
        <w:trPr>
          <w:jc w:val="center"/>
        </w:trPr>
        <w:tc>
          <w:tcPr>
            <w:tcW w:w="426" w:type="dxa"/>
            <w:tcMar>
              <w:top w:w="55" w:type="dxa"/>
              <w:left w:w="65" w:type="dxa"/>
              <w:bottom w:w="55" w:type="dxa"/>
              <w:right w:w="65" w:type="dxa"/>
            </w:tcMar>
          </w:tcPr>
          <w:p w14:paraId="63499703" w14:textId="77777777" w:rsidR="00CE09A5" w:rsidRDefault="00940C04">
            <w:r>
              <w:rPr>
                <w:sz w:val="17"/>
              </w:rPr>
              <w:t>4</w:t>
            </w:r>
          </w:p>
        </w:tc>
        <w:tc>
          <w:tcPr>
            <w:tcW w:w="4110" w:type="dxa"/>
            <w:tcMar>
              <w:top w:w="55" w:type="dxa"/>
              <w:left w:w="65" w:type="dxa"/>
              <w:bottom w:w="55" w:type="dxa"/>
              <w:right w:w="65" w:type="dxa"/>
            </w:tcMar>
          </w:tcPr>
          <w:p w14:paraId="19332708" w14:textId="77777777" w:rsidR="00CE09A5" w:rsidRDefault="00940C04">
            <w:r>
              <w:rPr>
                <w:sz w:val="17"/>
              </w:rPr>
              <w:t>Click or tap to enter</w:t>
            </w:r>
          </w:p>
        </w:tc>
        <w:tc>
          <w:tcPr>
            <w:tcW w:w="2943" w:type="dxa"/>
            <w:tcMar>
              <w:top w:w="55" w:type="dxa"/>
              <w:left w:w="65" w:type="dxa"/>
              <w:bottom w:w="55" w:type="dxa"/>
              <w:right w:w="65" w:type="dxa"/>
            </w:tcMar>
          </w:tcPr>
          <w:p w14:paraId="5A6D28AF" w14:textId="77777777" w:rsidR="00CE09A5" w:rsidRDefault="00940C04">
            <w:r>
              <w:rPr>
                <w:sz w:val="17"/>
              </w:rPr>
              <w:t>Click or tap</w:t>
            </w:r>
          </w:p>
        </w:tc>
        <w:tc>
          <w:tcPr>
            <w:tcW w:w="2493" w:type="dxa"/>
            <w:tcMar>
              <w:top w:w="55" w:type="dxa"/>
              <w:left w:w="65" w:type="dxa"/>
              <w:bottom w:w="55" w:type="dxa"/>
              <w:right w:w="65" w:type="dxa"/>
            </w:tcMar>
          </w:tcPr>
          <w:p w14:paraId="28BEA60E" w14:textId="77777777" w:rsidR="00CE09A5" w:rsidRDefault="00940C04">
            <w:r>
              <w:rPr>
                <w:sz w:val="17"/>
              </w:rPr>
              <w:t>Click or tap</w:t>
            </w:r>
          </w:p>
        </w:tc>
      </w:tr>
    </w:tbl>
    <w:p w14:paraId="3D5E9193" w14:textId="67B41C3D" w:rsidR="00CE09A5" w:rsidRDefault="00940C04" w:rsidP="00F31A88">
      <w:pPr>
        <w:pStyle w:val="RIISH1"/>
        <w:spacing w:before="480" w:after="0"/>
      </w:pPr>
      <w:r>
        <w:lastRenderedPageBreak/>
        <w:t>1.4. Author contributions - CRediT taxonomy</w:t>
      </w:r>
    </w:p>
    <w:p w14:paraId="70039176" w14:textId="77777777" w:rsidR="00CE09A5" w:rsidRDefault="00940C04">
      <w:r>
        <w:rPr>
          <w:sz w:val="18"/>
        </w:rPr>
        <w:t>Enter the initials of the authors who performed each role. Leave roles with no contribution blank.</w:t>
      </w:r>
    </w:p>
    <w:tbl>
      <w:tblPr>
        <w:tblStyle w:val="TabelacomGrelha"/>
        <w:tblW w:w="0" w:type="auto"/>
        <w:jc w:val="center"/>
        <w:tblLook w:val="04A0" w:firstRow="1" w:lastRow="0" w:firstColumn="1" w:lastColumn="0" w:noHBand="0" w:noVBand="1"/>
      </w:tblPr>
      <w:tblGrid>
        <w:gridCol w:w="1842"/>
        <w:gridCol w:w="5947"/>
        <w:gridCol w:w="2173"/>
      </w:tblGrid>
      <w:tr w:rsidR="00CE09A5" w14:paraId="4380F813" w14:textId="77777777" w:rsidTr="008F3A58">
        <w:trPr>
          <w:tblHeader/>
          <w:jc w:val="center"/>
        </w:trPr>
        <w:tc>
          <w:tcPr>
            <w:tcW w:w="1843" w:type="dxa"/>
            <w:shd w:val="clear" w:color="auto" w:fill="9C0006"/>
            <w:tcMar>
              <w:top w:w="45" w:type="dxa"/>
              <w:left w:w="55" w:type="dxa"/>
              <w:bottom w:w="45" w:type="dxa"/>
              <w:right w:w="55" w:type="dxa"/>
            </w:tcMar>
            <w:vAlign w:val="center"/>
          </w:tcPr>
          <w:p w14:paraId="53F04CA2" w14:textId="77777777" w:rsidR="00CE09A5" w:rsidRDefault="00940C04">
            <w:pPr>
              <w:spacing w:after="0"/>
            </w:pPr>
            <w:r>
              <w:rPr>
                <w:b/>
                <w:color w:val="FFFFFF"/>
                <w:sz w:val="15"/>
              </w:rPr>
              <w:t>CRediT role</w:t>
            </w:r>
          </w:p>
        </w:tc>
        <w:tc>
          <w:tcPr>
            <w:tcW w:w="5954" w:type="dxa"/>
            <w:shd w:val="clear" w:color="auto" w:fill="9C0006"/>
            <w:tcMar>
              <w:top w:w="45" w:type="dxa"/>
              <w:left w:w="55" w:type="dxa"/>
              <w:bottom w:w="45" w:type="dxa"/>
              <w:right w:w="55" w:type="dxa"/>
            </w:tcMar>
            <w:vAlign w:val="center"/>
          </w:tcPr>
          <w:p w14:paraId="44B8CAED" w14:textId="77777777" w:rsidR="00CE09A5" w:rsidRDefault="00940C04">
            <w:pPr>
              <w:spacing w:after="0"/>
            </w:pPr>
            <w:r>
              <w:rPr>
                <w:b/>
                <w:color w:val="FFFFFF"/>
                <w:sz w:val="15"/>
              </w:rPr>
              <w:t>Description</w:t>
            </w:r>
          </w:p>
        </w:tc>
        <w:tc>
          <w:tcPr>
            <w:tcW w:w="2175" w:type="dxa"/>
            <w:shd w:val="clear" w:color="auto" w:fill="9C0006"/>
            <w:tcMar>
              <w:top w:w="45" w:type="dxa"/>
              <w:left w:w="55" w:type="dxa"/>
              <w:bottom w:w="45" w:type="dxa"/>
              <w:right w:w="55" w:type="dxa"/>
            </w:tcMar>
            <w:vAlign w:val="center"/>
          </w:tcPr>
          <w:p w14:paraId="004DCB68" w14:textId="77777777" w:rsidR="00CE09A5" w:rsidRDefault="00940C04">
            <w:pPr>
              <w:spacing w:after="0"/>
            </w:pPr>
            <w:r>
              <w:rPr>
                <w:b/>
                <w:color w:val="FFFFFF"/>
                <w:sz w:val="15"/>
              </w:rPr>
              <w:t>Author initials</w:t>
            </w:r>
          </w:p>
        </w:tc>
      </w:tr>
      <w:tr w:rsidR="00CE09A5" w14:paraId="1D584DE3" w14:textId="77777777" w:rsidTr="008F3A58">
        <w:trPr>
          <w:jc w:val="center"/>
        </w:trPr>
        <w:tc>
          <w:tcPr>
            <w:tcW w:w="1843" w:type="dxa"/>
            <w:shd w:val="clear" w:color="auto" w:fill="F2F2F2"/>
            <w:tcMar>
              <w:top w:w="45" w:type="dxa"/>
              <w:left w:w="55" w:type="dxa"/>
              <w:bottom w:w="45" w:type="dxa"/>
              <w:right w:w="55" w:type="dxa"/>
            </w:tcMar>
            <w:vAlign w:val="center"/>
          </w:tcPr>
          <w:p w14:paraId="45B9B996" w14:textId="77777777" w:rsidR="00CE09A5" w:rsidRDefault="00940C04">
            <w:pPr>
              <w:spacing w:after="0"/>
            </w:pPr>
            <w:r>
              <w:rPr>
                <w:sz w:val="15"/>
              </w:rPr>
              <w:t>Conceptualization</w:t>
            </w:r>
          </w:p>
        </w:tc>
        <w:tc>
          <w:tcPr>
            <w:tcW w:w="5954" w:type="dxa"/>
            <w:tcMar>
              <w:top w:w="45" w:type="dxa"/>
              <w:left w:w="55" w:type="dxa"/>
              <w:bottom w:w="45" w:type="dxa"/>
              <w:right w:w="55" w:type="dxa"/>
            </w:tcMar>
            <w:vAlign w:val="center"/>
          </w:tcPr>
          <w:p w14:paraId="011178B4" w14:textId="77777777" w:rsidR="00CE09A5" w:rsidRDefault="00940C04">
            <w:pPr>
              <w:spacing w:after="0"/>
            </w:pPr>
            <w:r>
              <w:rPr>
                <w:sz w:val="15"/>
              </w:rPr>
              <w:t>Ideas, formulation or evolution of the overarching research goals and aims.</w:t>
            </w:r>
          </w:p>
        </w:tc>
        <w:tc>
          <w:tcPr>
            <w:tcW w:w="2175" w:type="dxa"/>
            <w:tcMar>
              <w:top w:w="45" w:type="dxa"/>
              <w:left w:w="55" w:type="dxa"/>
              <w:bottom w:w="45" w:type="dxa"/>
              <w:right w:w="55" w:type="dxa"/>
            </w:tcMar>
            <w:vAlign w:val="center"/>
          </w:tcPr>
          <w:p w14:paraId="16503044" w14:textId="77777777" w:rsidR="00CE09A5" w:rsidRDefault="00940C04">
            <w:pPr>
              <w:spacing w:after="0"/>
            </w:pPr>
            <w:r>
              <w:rPr>
                <w:sz w:val="15"/>
              </w:rPr>
              <w:t>Click or tap</w:t>
            </w:r>
          </w:p>
        </w:tc>
      </w:tr>
      <w:tr w:rsidR="00CE09A5" w14:paraId="198C6652" w14:textId="77777777" w:rsidTr="008F3A58">
        <w:trPr>
          <w:jc w:val="center"/>
        </w:trPr>
        <w:tc>
          <w:tcPr>
            <w:tcW w:w="1843" w:type="dxa"/>
            <w:shd w:val="clear" w:color="auto" w:fill="F2F2F2"/>
            <w:tcMar>
              <w:top w:w="45" w:type="dxa"/>
              <w:left w:w="55" w:type="dxa"/>
              <w:bottom w:w="45" w:type="dxa"/>
              <w:right w:w="55" w:type="dxa"/>
            </w:tcMar>
            <w:vAlign w:val="center"/>
          </w:tcPr>
          <w:p w14:paraId="5FB0D0BF" w14:textId="77777777" w:rsidR="00CE09A5" w:rsidRDefault="00940C04">
            <w:pPr>
              <w:spacing w:after="0"/>
            </w:pPr>
            <w:r>
              <w:rPr>
                <w:sz w:val="15"/>
              </w:rPr>
              <w:t>Data curation</w:t>
            </w:r>
          </w:p>
        </w:tc>
        <w:tc>
          <w:tcPr>
            <w:tcW w:w="5954" w:type="dxa"/>
            <w:tcMar>
              <w:top w:w="45" w:type="dxa"/>
              <w:left w:w="55" w:type="dxa"/>
              <w:bottom w:w="45" w:type="dxa"/>
              <w:right w:w="55" w:type="dxa"/>
            </w:tcMar>
            <w:vAlign w:val="center"/>
          </w:tcPr>
          <w:p w14:paraId="1D451854" w14:textId="77777777" w:rsidR="00CE09A5" w:rsidRDefault="00940C04">
            <w:pPr>
              <w:spacing w:after="0"/>
            </w:pPr>
            <w:r>
              <w:rPr>
                <w:sz w:val="15"/>
              </w:rPr>
              <w:t>Management, organisation, documentation, cleaning and maintenance of data for use and reuse.</w:t>
            </w:r>
          </w:p>
        </w:tc>
        <w:tc>
          <w:tcPr>
            <w:tcW w:w="2175" w:type="dxa"/>
            <w:tcMar>
              <w:top w:w="45" w:type="dxa"/>
              <w:left w:w="55" w:type="dxa"/>
              <w:bottom w:w="45" w:type="dxa"/>
              <w:right w:w="55" w:type="dxa"/>
            </w:tcMar>
            <w:vAlign w:val="center"/>
          </w:tcPr>
          <w:p w14:paraId="7EC2FDB8" w14:textId="77777777" w:rsidR="00CE09A5" w:rsidRDefault="00940C04">
            <w:pPr>
              <w:spacing w:after="0"/>
            </w:pPr>
            <w:r>
              <w:rPr>
                <w:sz w:val="15"/>
              </w:rPr>
              <w:t>Click or tap</w:t>
            </w:r>
          </w:p>
        </w:tc>
      </w:tr>
      <w:tr w:rsidR="00CE09A5" w14:paraId="2A86BFC4" w14:textId="77777777" w:rsidTr="008F3A58">
        <w:trPr>
          <w:jc w:val="center"/>
        </w:trPr>
        <w:tc>
          <w:tcPr>
            <w:tcW w:w="1843" w:type="dxa"/>
            <w:shd w:val="clear" w:color="auto" w:fill="F2F2F2"/>
            <w:tcMar>
              <w:top w:w="45" w:type="dxa"/>
              <w:left w:w="55" w:type="dxa"/>
              <w:bottom w:w="45" w:type="dxa"/>
              <w:right w:w="55" w:type="dxa"/>
            </w:tcMar>
            <w:vAlign w:val="center"/>
          </w:tcPr>
          <w:p w14:paraId="3A3E0F9C" w14:textId="77777777" w:rsidR="00CE09A5" w:rsidRDefault="00940C04">
            <w:pPr>
              <w:spacing w:after="0"/>
            </w:pPr>
            <w:r>
              <w:rPr>
                <w:sz w:val="15"/>
              </w:rPr>
              <w:t>Formal analysis</w:t>
            </w:r>
          </w:p>
        </w:tc>
        <w:tc>
          <w:tcPr>
            <w:tcW w:w="5954" w:type="dxa"/>
            <w:tcMar>
              <w:top w:w="45" w:type="dxa"/>
              <w:left w:w="55" w:type="dxa"/>
              <w:bottom w:w="45" w:type="dxa"/>
              <w:right w:w="55" w:type="dxa"/>
            </w:tcMar>
            <w:vAlign w:val="center"/>
          </w:tcPr>
          <w:p w14:paraId="79E9B9DF" w14:textId="77777777" w:rsidR="00CE09A5" w:rsidRDefault="00940C04">
            <w:pPr>
              <w:spacing w:after="0"/>
            </w:pPr>
            <w:r>
              <w:rPr>
                <w:sz w:val="15"/>
              </w:rPr>
              <w:t>Application of statistical, mathematical, computational or other formal analytical techniques.</w:t>
            </w:r>
          </w:p>
        </w:tc>
        <w:tc>
          <w:tcPr>
            <w:tcW w:w="2175" w:type="dxa"/>
            <w:tcMar>
              <w:top w:w="45" w:type="dxa"/>
              <w:left w:w="55" w:type="dxa"/>
              <w:bottom w:w="45" w:type="dxa"/>
              <w:right w:w="55" w:type="dxa"/>
            </w:tcMar>
            <w:vAlign w:val="center"/>
          </w:tcPr>
          <w:p w14:paraId="168C96ED" w14:textId="77777777" w:rsidR="00CE09A5" w:rsidRDefault="00940C04">
            <w:pPr>
              <w:spacing w:after="0"/>
            </w:pPr>
            <w:r>
              <w:rPr>
                <w:sz w:val="15"/>
              </w:rPr>
              <w:t>Click or tap</w:t>
            </w:r>
          </w:p>
        </w:tc>
      </w:tr>
      <w:tr w:rsidR="00CE09A5" w14:paraId="54AF1AE4" w14:textId="77777777" w:rsidTr="008F3A58">
        <w:trPr>
          <w:jc w:val="center"/>
        </w:trPr>
        <w:tc>
          <w:tcPr>
            <w:tcW w:w="1843" w:type="dxa"/>
            <w:shd w:val="clear" w:color="auto" w:fill="F2F2F2"/>
            <w:tcMar>
              <w:top w:w="45" w:type="dxa"/>
              <w:left w:w="55" w:type="dxa"/>
              <w:bottom w:w="45" w:type="dxa"/>
              <w:right w:w="55" w:type="dxa"/>
            </w:tcMar>
            <w:vAlign w:val="center"/>
          </w:tcPr>
          <w:p w14:paraId="0E77887D" w14:textId="77777777" w:rsidR="00CE09A5" w:rsidRDefault="00940C04">
            <w:pPr>
              <w:spacing w:after="0"/>
            </w:pPr>
            <w:r>
              <w:rPr>
                <w:sz w:val="15"/>
              </w:rPr>
              <w:t>Funding acquisition</w:t>
            </w:r>
          </w:p>
        </w:tc>
        <w:tc>
          <w:tcPr>
            <w:tcW w:w="5954" w:type="dxa"/>
            <w:tcMar>
              <w:top w:w="45" w:type="dxa"/>
              <w:left w:w="55" w:type="dxa"/>
              <w:bottom w:w="45" w:type="dxa"/>
              <w:right w:w="55" w:type="dxa"/>
            </w:tcMar>
            <w:vAlign w:val="center"/>
          </w:tcPr>
          <w:p w14:paraId="1ABBE56D" w14:textId="77777777" w:rsidR="00CE09A5" w:rsidRDefault="00940C04">
            <w:pPr>
              <w:spacing w:after="0"/>
            </w:pPr>
            <w:r>
              <w:rPr>
                <w:sz w:val="15"/>
              </w:rPr>
              <w:t>Acquisition of the financial support required to carry out the project.</w:t>
            </w:r>
          </w:p>
        </w:tc>
        <w:tc>
          <w:tcPr>
            <w:tcW w:w="2175" w:type="dxa"/>
            <w:tcMar>
              <w:top w:w="45" w:type="dxa"/>
              <w:left w:w="55" w:type="dxa"/>
              <w:bottom w:w="45" w:type="dxa"/>
              <w:right w:w="55" w:type="dxa"/>
            </w:tcMar>
            <w:vAlign w:val="center"/>
          </w:tcPr>
          <w:p w14:paraId="355D3B0C" w14:textId="77777777" w:rsidR="00CE09A5" w:rsidRDefault="00940C04">
            <w:pPr>
              <w:spacing w:after="0"/>
            </w:pPr>
            <w:r>
              <w:rPr>
                <w:sz w:val="15"/>
              </w:rPr>
              <w:t>Click or tap</w:t>
            </w:r>
          </w:p>
        </w:tc>
      </w:tr>
      <w:tr w:rsidR="00CE09A5" w14:paraId="346C1261" w14:textId="77777777" w:rsidTr="008F3A58">
        <w:trPr>
          <w:jc w:val="center"/>
        </w:trPr>
        <w:tc>
          <w:tcPr>
            <w:tcW w:w="1843" w:type="dxa"/>
            <w:shd w:val="clear" w:color="auto" w:fill="F2F2F2"/>
            <w:tcMar>
              <w:top w:w="45" w:type="dxa"/>
              <w:left w:w="55" w:type="dxa"/>
              <w:bottom w:w="45" w:type="dxa"/>
              <w:right w:w="55" w:type="dxa"/>
            </w:tcMar>
            <w:vAlign w:val="center"/>
          </w:tcPr>
          <w:p w14:paraId="5CA78D5E" w14:textId="77777777" w:rsidR="00CE09A5" w:rsidRDefault="00940C04">
            <w:pPr>
              <w:spacing w:after="0"/>
            </w:pPr>
            <w:r>
              <w:rPr>
                <w:sz w:val="15"/>
              </w:rPr>
              <w:t>Investigation</w:t>
            </w:r>
          </w:p>
        </w:tc>
        <w:tc>
          <w:tcPr>
            <w:tcW w:w="5954" w:type="dxa"/>
            <w:tcMar>
              <w:top w:w="45" w:type="dxa"/>
              <w:left w:w="55" w:type="dxa"/>
              <w:bottom w:w="45" w:type="dxa"/>
              <w:right w:w="55" w:type="dxa"/>
            </w:tcMar>
            <w:vAlign w:val="center"/>
          </w:tcPr>
          <w:p w14:paraId="22E7489C" w14:textId="77777777" w:rsidR="00CE09A5" w:rsidRDefault="00940C04">
            <w:pPr>
              <w:spacing w:after="0"/>
            </w:pPr>
            <w:r>
              <w:rPr>
                <w:sz w:val="15"/>
              </w:rPr>
              <w:t>Conducting the research, experiments, observations and collection of data or evidence.</w:t>
            </w:r>
          </w:p>
        </w:tc>
        <w:tc>
          <w:tcPr>
            <w:tcW w:w="2175" w:type="dxa"/>
            <w:tcMar>
              <w:top w:w="45" w:type="dxa"/>
              <w:left w:w="55" w:type="dxa"/>
              <w:bottom w:w="45" w:type="dxa"/>
              <w:right w:w="55" w:type="dxa"/>
            </w:tcMar>
            <w:vAlign w:val="center"/>
          </w:tcPr>
          <w:p w14:paraId="1DD94D02" w14:textId="77777777" w:rsidR="00CE09A5" w:rsidRDefault="00940C04">
            <w:pPr>
              <w:spacing w:after="0"/>
            </w:pPr>
            <w:r>
              <w:rPr>
                <w:sz w:val="15"/>
              </w:rPr>
              <w:t>Click or tap</w:t>
            </w:r>
          </w:p>
        </w:tc>
      </w:tr>
      <w:tr w:rsidR="00CE09A5" w14:paraId="31595A22" w14:textId="77777777" w:rsidTr="008F3A58">
        <w:trPr>
          <w:jc w:val="center"/>
        </w:trPr>
        <w:tc>
          <w:tcPr>
            <w:tcW w:w="1843" w:type="dxa"/>
            <w:shd w:val="clear" w:color="auto" w:fill="F2F2F2"/>
            <w:tcMar>
              <w:top w:w="45" w:type="dxa"/>
              <w:left w:w="55" w:type="dxa"/>
              <w:bottom w:w="45" w:type="dxa"/>
              <w:right w:w="55" w:type="dxa"/>
            </w:tcMar>
            <w:vAlign w:val="center"/>
          </w:tcPr>
          <w:p w14:paraId="3109E61C" w14:textId="77777777" w:rsidR="00CE09A5" w:rsidRDefault="00940C04">
            <w:pPr>
              <w:spacing w:after="0"/>
            </w:pPr>
            <w:r>
              <w:rPr>
                <w:sz w:val="15"/>
              </w:rPr>
              <w:t>Methodology</w:t>
            </w:r>
          </w:p>
        </w:tc>
        <w:tc>
          <w:tcPr>
            <w:tcW w:w="5954" w:type="dxa"/>
            <w:tcMar>
              <w:top w:w="45" w:type="dxa"/>
              <w:left w:w="55" w:type="dxa"/>
              <w:bottom w:w="45" w:type="dxa"/>
              <w:right w:w="55" w:type="dxa"/>
            </w:tcMar>
            <w:vAlign w:val="center"/>
          </w:tcPr>
          <w:p w14:paraId="63CD95F7" w14:textId="77777777" w:rsidR="00CE09A5" w:rsidRDefault="00940C04">
            <w:pPr>
              <w:spacing w:after="0"/>
            </w:pPr>
            <w:r>
              <w:rPr>
                <w:sz w:val="15"/>
              </w:rPr>
              <w:t>Development or design of the methodology and creation of models.</w:t>
            </w:r>
          </w:p>
        </w:tc>
        <w:tc>
          <w:tcPr>
            <w:tcW w:w="2175" w:type="dxa"/>
            <w:tcMar>
              <w:top w:w="45" w:type="dxa"/>
              <w:left w:w="55" w:type="dxa"/>
              <w:bottom w:w="45" w:type="dxa"/>
              <w:right w:w="55" w:type="dxa"/>
            </w:tcMar>
            <w:vAlign w:val="center"/>
          </w:tcPr>
          <w:p w14:paraId="60FEFDBE" w14:textId="77777777" w:rsidR="00CE09A5" w:rsidRDefault="00940C04">
            <w:pPr>
              <w:spacing w:after="0"/>
            </w:pPr>
            <w:r>
              <w:rPr>
                <w:sz w:val="15"/>
              </w:rPr>
              <w:t>Click or tap</w:t>
            </w:r>
          </w:p>
        </w:tc>
      </w:tr>
      <w:tr w:rsidR="00CE09A5" w14:paraId="6937FA32" w14:textId="77777777" w:rsidTr="008F3A58">
        <w:trPr>
          <w:jc w:val="center"/>
        </w:trPr>
        <w:tc>
          <w:tcPr>
            <w:tcW w:w="1843" w:type="dxa"/>
            <w:shd w:val="clear" w:color="auto" w:fill="F2F2F2"/>
            <w:tcMar>
              <w:top w:w="45" w:type="dxa"/>
              <w:left w:w="55" w:type="dxa"/>
              <w:bottom w:w="45" w:type="dxa"/>
              <w:right w:w="55" w:type="dxa"/>
            </w:tcMar>
            <w:vAlign w:val="center"/>
          </w:tcPr>
          <w:p w14:paraId="4BE3AAB5" w14:textId="77777777" w:rsidR="00CE09A5" w:rsidRDefault="00940C04">
            <w:pPr>
              <w:spacing w:after="0"/>
            </w:pPr>
            <w:r>
              <w:rPr>
                <w:sz w:val="15"/>
              </w:rPr>
              <w:t>Project administration</w:t>
            </w:r>
          </w:p>
        </w:tc>
        <w:tc>
          <w:tcPr>
            <w:tcW w:w="5954" w:type="dxa"/>
            <w:tcMar>
              <w:top w:w="45" w:type="dxa"/>
              <w:left w:w="55" w:type="dxa"/>
              <w:bottom w:w="45" w:type="dxa"/>
              <w:right w:w="55" w:type="dxa"/>
            </w:tcMar>
            <w:vAlign w:val="center"/>
          </w:tcPr>
          <w:p w14:paraId="7818D238" w14:textId="77777777" w:rsidR="00CE09A5" w:rsidRDefault="00940C04">
            <w:pPr>
              <w:spacing w:after="0"/>
            </w:pPr>
            <w:r>
              <w:rPr>
                <w:sz w:val="15"/>
              </w:rPr>
              <w:t>Management and coordination of the planning and execution of research activities.</w:t>
            </w:r>
          </w:p>
        </w:tc>
        <w:tc>
          <w:tcPr>
            <w:tcW w:w="2175" w:type="dxa"/>
            <w:tcMar>
              <w:top w:w="45" w:type="dxa"/>
              <w:left w:w="55" w:type="dxa"/>
              <w:bottom w:w="45" w:type="dxa"/>
              <w:right w:w="55" w:type="dxa"/>
            </w:tcMar>
            <w:vAlign w:val="center"/>
          </w:tcPr>
          <w:p w14:paraId="6B45A0D5" w14:textId="77777777" w:rsidR="00CE09A5" w:rsidRDefault="00940C04">
            <w:pPr>
              <w:spacing w:after="0"/>
            </w:pPr>
            <w:r>
              <w:rPr>
                <w:sz w:val="15"/>
              </w:rPr>
              <w:t>Click or tap</w:t>
            </w:r>
          </w:p>
        </w:tc>
      </w:tr>
      <w:tr w:rsidR="00CE09A5" w14:paraId="4A67D903" w14:textId="77777777" w:rsidTr="008F3A58">
        <w:trPr>
          <w:jc w:val="center"/>
        </w:trPr>
        <w:tc>
          <w:tcPr>
            <w:tcW w:w="1843" w:type="dxa"/>
            <w:shd w:val="clear" w:color="auto" w:fill="F2F2F2"/>
            <w:tcMar>
              <w:top w:w="45" w:type="dxa"/>
              <w:left w:w="55" w:type="dxa"/>
              <w:bottom w:w="45" w:type="dxa"/>
              <w:right w:w="55" w:type="dxa"/>
            </w:tcMar>
            <w:vAlign w:val="center"/>
          </w:tcPr>
          <w:p w14:paraId="238642E2" w14:textId="77777777" w:rsidR="00CE09A5" w:rsidRDefault="00940C04">
            <w:pPr>
              <w:spacing w:after="0"/>
            </w:pPr>
            <w:r>
              <w:rPr>
                <w:sz w:val="15"/>
              </w:rPr>
              <w:t>Resources</w:t>
            </w:r>
          </w:p>
        </w:tc>
        <w:tc>
          <w:tcPr>
            <w:tcW w:w="5954" w:type="dxa"/>
            <w:tcMar>
              <w:top w:w="45" w:type="dxa"/>
              <w:left w:w="55" w:type="dxa"/>
              <w:bottom w:w="45" w:type="dxa"/>
              <w:right w:w="55" w:type="dxa"/>
            </w:tcMar>
            <w:vAlign w:val="center"/>
          </w:tcPr>
          <w:p w14:paraId="70C08F19" w14:textId="77777777" w:rsidR="00CE09A5" w:rsidRDefault="00940C04">
            <w:pPr>
              <w:spacing w:after="0"/>
            </w:pPr>
            <w:r>
              <w:rPr>
                <w:sz w:val="15"/>
              </w:rPr>
              <w:t>Provision of materials, instruments, samples, computing resources or other tools.</w:t>
            </w:r>
          </w:p>
        </w:tc>
        <w:tc>
          <w:tcPr>
            <w:tcW w:w="2175" w:type="dxa"/>
            <w:tcMar>
              <w:top w:w="45" w:type="dxa"/>
              <w:left w:w="55" w:type="dxa"/>
              <w:bottom w:w="45" w:type="dxa"/>
              <w:right w:w="55" w:type="dxa"/>
            </w:tcMar>
            <w:vAlign w:val="center"/>
          </w:tcPr>
          <w:p w14:paraId="263E985C" w14:textId="77777777" w:rsidR="00CE09A5" w:rsidRDefault="00940C04">
            <w:pPr>
              <w:spacing w:after="0"/>
            </w:pPr>
            <w:r>
              <w:rPr>
                <w:sz w:val="15"/>
              </w:rPr>
              <w:t>Click or tap</w:t>
            </w:r>
          </w:p>
        </w:tc>
      </w:tr>
      <w:tr w:rsidR="00CE09A5" w14:paraId="335D0854" w14:textId="77777777" w:rsidTr="008F3A58">
        <w:trPr>
          <w:jc w:val="center"/>
        </w:trPr>
        <w:tc>
          <w:tcPr>
            <w:tcW w:w="1843" w:type="dxa"/>
            <w:shd w:val="clear" w:color="auto" w:fill="F2F2F2"/>
            <w:tcMar>
              <w:top w:w="45" w:type="dxa"/>
              <w:left w:w="55" w:type="dxa"/>
              <w:bottom w:w="45" w:type="dxa"/>
              <w:right w:w="55" w:type="dxa"/>
            </w:tcMar>
            <w:vAlign w:val="center"/>
          </w:tcPr>
          <w:p w14:paraId="0CFD2EE5" w14:textId="77777777" w:rsidR="00CE09A5" w:rsidRDefault="00940C04">
            <w:pPr>
              <w:spacing w:after="0"/>
            </w:pPr>
            <w:r>
              <w:rPr>
                <w:sz w:val="15"/>
              </w:rPr>
              <w:t>Software</w:t>
            </w:r>
          </w:p>
        </w:tc>
        <w:tc>
          <w:tcPr>
            <w:tcW w:w="5954" w:type="dxa"/>
            <w:tcMar>
              <w:top w:w="45" w:type="dxa"/>
              <w:left w:w="55" w:type="dxa"/>
              <w:bottom w:w="45" w:type="dxa"/>
              <w:right w:w="55" w:type="dxa"/>
            </w:tcMar>
            <w:vAlign w:val="center"/>
          </w:tcPr>
          <w:p w14:paraId="67FCC2C2" w14:textId="77777777" w:rsidR="00CE09A5" w:rsidRDefault="00940C04">
            <w:pPr>
              <w:spacing w:after="0"/>
            </w:pPr>
            <w:r>
              <w:rPr>
                <w:sz w:val="15"/>
              </w:rPr>
              <w:t>Programming, development, implementation, testing or maintenance of software and algorithms.</w:t>
            </w:r>
          </w:p>
        </w:tc>
        <w:tc>
          <w:tcPr>
            <w:tcW w:w="2175" w:type="dxa"/>
            <w:tcMar>
              <w:top w:w="45" w:type="dxa"/>
              <w:left w:w="55" w:type="dxa"/>
              <w:bottom w:w="45" w:type="dxa"/>
              <w:right w:w="55" w:type="dxa"/>
            </w:tcMar>
            <w:vAlign w:val="center"/>
          </w:tcPr>
          <w:p w14:paraId="66C875D3" w14:textId="77777777" w:rsidR="00CE09A5" w:rsidRDefault="00940C04">
            <w:pPr>
              <w:spacing w:after="0"/>
            </w:pPr>
            <w:r>
              <w:rPr>
                <w:sz w:val="15"/>
              </w:rPr>
              <w:t>Click or tap</w:t>
            </w:r>
          </w:p>
        </w:tc>
      </w:tr>
      <w:tr w:rsidR="00CE09A5" w14:paraId="56C443A0" w14:textId="77777777" w:rsidTr="008F3A58">
        <w:trPr>
          <w:jc w:val="center"/>
        </w:trPr>
        <w:tc>
          <w:tcPr>
            <w:tcW w:w="1843" w:type="dxa"/>
            <w:shd w:val="clear" w:color="auto" w:fill="F2F2F2"/>
            <w:tcMar>
              <w:top w:w="45" w:type="dxa"/>
              <w:left w:w="55" w:type="dxa"/>
              <w:bottom w:w="45" w:type="dxa"/>
              <w:right w:w="55" w:type="dxa"/>
            </w:tcMar>
            <w:vAlign w:val="center"/>
          </w:tcPr>
          <w:p w14:paraId="13154ED8" w14:textId="77777777" w:rsidR="00CE09A5" w:rsidRDefault="00940C04">
            <w:pPr>
              <w:spacing w:after="0"/>
            </w:pPr>
            <w:r>
              <w:rPr>
                <w:sz w:val="15"/>
              </w:rPr>
              <w:t>Supervision</w:t>
            </w:r>
          </w:p>
        </w:tc>
        <w:tc>
          <w:tcPr>
            <w:tcW w:w="5954" w:type="dxa"/>
            <w:tcMar>
              <w:top w:w="45" w:type="dxa"/>
              <w:left w:w="55" w:type="dxa"/>
              <w:bottom w:w="45" w:type="dxa"/>
              <w:right w:w="55" w:type="dxa"/>
            </w:tcMar>
            <w:vAlign w:val="center"/>
          </w:tcPr>
          <w:p w14:paraId="337E5D28" w14:textId="77777777" w:rsidR="00CE09A5" w:rsidRDefault="00940C04">
            <w:pPr>
              <w:spacing w:after="0"/>
            </w:pPr>
            <w:r>
              <w:rPr>
                <w:sz w:val="15"/>
              </w:rPr>
              <w:t>Responsibility for supervision and leadership in the planning and execution of the research.</w:t>
            </w:r>
          </w:p>
        </w:tc>
        <w:tc>
          <w:tcPr>
            <w:tcW w:w="2175" w:type="dxa"/>
            <w:tcMar>
              <w:top w:w="45" w:type="dxa"/>
              <w:left w:w="55" w:type="dxa"/>
              <w:bottom w:w="45" w:type="dxa"/>
              <w:right w:w="55" w:type="dxa"/>
            </w:tcMar>
            <w:vAlign w:val="center"/>
          </w:tcPr>
          <w:p w14:paraId="11C89336" w14:textId="77777777" w:rsidR="00CE09A5" w:rsidRDefault="00940C04">
            <w:pPr>
              <w:spacing w:after="0"/>
            </w:pPr>
            <w:r>
              <w:rPr>
                <w:sz w:val="15"/>
              </w:rPr>
              <w:t>Click or tap</w:t>
            </w:r>
          </w:p>
        </w:tc>
      </w:tr>
      <w:tr w:rsidR="00CE09A5" w14:paraId="04ADB8CA" w14:textId="77777777" w:rsidTr="008F3A58">
        <w:trPr>
          <w:jc w:val="center"/>
        </w:trPr>
        <w:tc>
          <w:tcPr>
            <w:tcW w:w="1843" w:type="dxa"/>
            <w:shd w:val="clear" w:color="auto" w:fill="F2F2F2"/>
            <w:tcMar>
              <w:top w:w="45" w:type="dxa"/>
              <w:left w:w="55" w:type="dxa"/>
              <w:bottom w:w="45" w:type="dxa"/>
              <w:right w:w="55" w:type="dxa"/>
            </w:tcMar>
            <w:vAlign w:val="center"/>
          </w:tcPr>
          <w:p w14:paraId="42633621" w14:textId="77777777" w:rsidR="00CE09A5" w:rsidRDefault="00940C04">
            <w:pPr>
              <w:spacing w:after="0"/>
            </w:pPr>
            <w:r>
              <w:rPr>
                <w:sz w:val="15"/>
              </w:rPr>
              <w:t>Validation</w:t>
            </w:r>
          </w:p>
        </w:tc>
        <w:tc>
          <w:tcPr>
            <w:tcW w:w="5954" w:type="dxa"/>
            <w:tcMar>
              <w:top w:w="45" w:type="dxa"/>
              <w:left w:w="55" w:type="dxa"/>
              <w:bottom w:w="45" w:type="dxa"/>
              <w:right w:w="55" w:type="dxa"/>
            </w:tcMar>
            <w:vAlign w:val="center"/>
          </w:tcPr>
          <w:p w14:paraId="73206421" w14:textId="77777777" w:rsidR="00CE09A5" w:rsidRDefault="00940C04">
            <w:pPr>
              <w:spacing w:after="0"/>
            </w:pPr>
            <w:r>
              <w:rPr>
                <w:sz w:val="15"/>
              </w:rPr>
              <w:t>Verification of the accuracy, reproducibility and consistency of the results and methods.</w:t>
            </w:r>
          </w:p>
        </w:tc>
        <w:tc>
          <w:tcPr>
            <w:tcW w:w="2175" w:type="dxa"/>
            <w:tcMar>
              <w:top w:w="45" w:type="dxa"/>
              <w:left w:w="55" w:type="dxa"/>
              <w:bottom w:w="45" w:type="dxa"/>
              <w:right w:w="55" w:type="dxa"/>
            </w:tcMar>
            <w:vAlign w:val="center"/>
          </w:tcPr>
          <w:p w14:paraId="3CAE4584" w14:textId="77777777" w:rsidR="00CE09A5" w:rsidRDefault="00940C04">
            <w:pPr>
              <w:spacing w:after="0"/>
            </w:pPr>
            <w:r>
              <w:rPr>
                <w:sz w:val="15"/>
              </w:rPr>
              <w:t>Click or tap</w:t>
            </w:r>
          </w:p>
        </w:tc>
      </w:tr>
      <w:tr w:rsidR="00CE09A5" w14:paraId="2E3640F3" w14:textId="77777777" w:rsidTr="008F3A58">
        <w:trPr>
          <w:jc w:val="center"/>
        </w:trPr>
        <w:tc>
          <w:tcPr>
            <w:tcW w:w="1843" w:type="dxa"/>
            <w:shd w:val="clear" w:color="auto" w:fill="F2F2F2"/>
            <w:tcMar>
              <w:top w:w="45" w:type="dxa"/>
              <w:left w:w="55" w:type="dxa"/>
              <w:bottom w:w="45" w:type="dxa"/>
              <w:right w:w="55" w:type="dxa"/>
            </w:tcMar>
            <w:vAlign w:val="center"/>
          </w:tcPr>
          <w:p w14:paraId="1796DD13" w14:textId="77777777" w:rsidR="00CE09A5" w:rsidRDefault="00940C04">
            <w:pPr>
              <w:spacing w:after="0"/>
            </w:pPr>
            <w:r>
              <w:rPr>
                <w:sz w:val="15"/>
              </w:rPr>
              <w:t>Visualization</w:t>
            </w:r>
          </w:p>
        </w:tc>
        <w:tc>
          <w:tcPr>
            <w:tcW w:w="5954" w:type="dxa"/>
            <w:tcMar>
              <w:top w:w="45" w:type="dxa"/>
              <w:left w:w="55" w:type="dxa"/>
              <w:bottom w:w="45" w:type="dxa"/>
              <w:right w:w="55" w:type="dxa"/>
            </w:tcMar>
            <w:vAlign w:val="center"/>
          </w:tcPr>
          <w:p w14:paraId="11ABE484" w14:textId="77777777" w:rsidR="00CE09A5" w:rsidRDefault="00940C04">
            <w:pPr>
              <w:spacing w:after="0"/>
            </w:pPr>
            <w:r>
              <w:rPr>
                <w:sz w:val="15"/>
              </w:rPr>
              <w:t>Preparation, creation or presentation of figures, tables, diagrams and other visual elements.</w:t>
            </w:r>
          </w:p>
        </w:tc>
        <w:tc>
          <w:tcPr>
            <w:tcW w:w="2175" w:type="dxa"/>
            <w:tcMar>
              <w:top w:w="45" w:type="dxa"/>
              <w:left w:w="55" w:type="dxa"/>
              <w:bottom w:w="45" w:type="dxa"/>
              <w:right w:w="55" w:type="dxa"/>
            </w:tcMar>
            <w:vAlign w:val="center"/>
          </w:tcPr>
          <w:p w14:paraId="0A6A61CA" w14:textId="77777777" w:rsidR="00CE09A5" w:rsidRDefault="00940C04">
            <w:pPr>
              <w:spacing w:after="0"/>
            </w:pPr>
            <w:r>
              <w:rPr>
                <w:sz w:val="15"/>
              </w:rPr>
              <w:t>Click or tap</w:t>
            </w:r>
          </w:p>
        </w:tc>
      </w:tr>
      <w:tr w:rsidR="00CE09A5" w14:paraId="48C12DCA" w14:textId="77777777" w:rsidTr="008F3A58">
        <w:trPr>
          <w:jc w:val="center"/>
        </w:trPr>
        <w:tc>
          <w:tcPr>
            <w:tcW w:w="1843" w:type="dxa"/>
            <w:shd w:val="clear" w:color="auto" w:fill="F2F2F2"/>
            <w:tcMar>
              <w:top w:w="45" w:type="dxa"/>
              <w:left w:w="55" w:type="dxa"/>
              <w:bottom w:w="45" w:type="dxa"/>
              <w:right w:w="55" w:type="dxa"/>
            </w:tcMar>
            <w:vAlign w:val="center"/>
          </w:tcPr>
          <w:p w14:paraId="72667773" w14:textId="77777777" w:rsidR="00CE09A5" w:rsidRDefault="00940C04">
            <w:pPr>
              <w:spacing w:after="0"/>
            </w:pPr>
            <w:r>
              <w:rPr>
                <w:sz w:val="15"/>
              </w:rPr>
              <w:t>Writing - original draft</w:t>
            </w:r>
          </w:p>
        </w:tc>
        <w:tc>
          <w:tcPr>
            <w:tcW w:w="5954" w:type="dxa"/>
            <w:tcMar>
              <w:top w:w="45" w:type="dxa"/>
              <w:left w:w="55" w:type="dxa"/>
              <w:bottom w:w="45" w:type="dxa"/>
              <w:right w:w="55" w:type="dxa"/>
            </w:tcMar>
            <w:vAlign w:val="center"/>
          </w:tcPr>
          <w:p w14:paraId="60017A6D" w14:textId="77777777" w:rsidR="00CE09A5" w:rsidRDefault="00940C04">
            <w:pPr>
              <w:spacing w:after="0"/>
            </w:pPr>
            <w:r>
              <w:rPr>
                <w:sz w:val="15"/>
              </w:rPr>
              <w:t>Preparation and writing of the initial manuscript draft, including substantive translation.</w:t>
            </w:r>
          </w:p>
        </w:tc>
        <w:tc>
          <w:tcPr>
            <w:tcW w:w="2175" w:type="dxa"/>
            <w:tcMar>
              <w:top w:w="45" w:type="dxa"/>
              <w:left w:w="55" w:type="dxa"/>
              <w:bottom w:w="45" w:type="dxa"/>
              <w:right w:w="55" w:type="dxa"/>
            </w:tcMar>
            <w:vAlign w:val="center"/>
          </w:tcPr>
          <w:p w14:paraId="33C286FC" w14:textId="77777777" w:rsidR="00CE09A5" w:rsidRDefault="00940C04">
            <w:pPr>
              <w:spacing w:after="0"/>
            </w:pPr>
            <w:r>
              <w:rPr>
                <w:sz w:val="15"/>
              </w:rPr>
              <w:t>Click or tap</w:t>
            </w:r>
          </w:p>
        </w:tc>
      </w:tr>
      <w:tr w:rsidR="00CE09A5" w14:paraId="772B60C4" w14:textId="77777777" w:rsidTr="008F3A58">
        <w:trPr>
          <w:jc w:val="center"/>
        </w:trPr>
        <w:tc>
          <w:tcPr>
            <w:tcW w:w="1843" w:type="dxa"/>
            <w:shd w:val="clear" w:color="auto" w:fill="F2F2F2"/>
            <w:tcMar>
              <w:top w:w="45" w:type="dxa"/>
              <w:left w:w="55" w:type="dxa"/>
              <w:bottom w:w="45" w:type="dxa"/>
              <w:right w:w="55" w:type="dxa"/>
            </w:tcMar>
            <w:vAlign w:val="center"/>
          </w:tcPr>
          <w:p w14:paraId="360679B9" w14:textId="77777777" w:rsidR="00CE09A5" w:rsidRDefault="00940C04">
            <w:pPr>
              <w:spacing w:after="0"/>
            </w:pPr>
            <w:r>
              <w:rPr>
                <w:sz w:val="15"/>
              </w:rPr>
              <w:t>Writing - review and editing</w:t>
            </w:r>
          </w:p>
        </w:tc>
        <w:tc>
          <w:tcPr>
            <w:tcW w:w="5954" w:type="dxa"/>
            <w:tcMar>
              <w:top w:w="45" w:type="dxa"/>
              <w:left w:w="55" w:type="dxa"/>
              <w:bottom w:w="45" w:type="dxa"/>
              <w:right w:w="55" w:type="dxa"/>
            </w:tcMar>
            <w:vAlign w:val="center"/>
          </w:tcPr>
          <w:p w14:paraId="317871CB" w14:textId="77777777" w:rsidR="00CE09A5" w:rsidRDefault="00940C04">
            <w:pPr>
              <w:spacing w:after="0"/>
            </w:pPr>
            <w:r>
              <w:rPr>
                <w:sz w:val="15"/>
              </w:rPr>
              <w:t>Critical review, commentary and editing of the manuscript during the pre- and post-publication stages.</w:t>
            </w:r>
          </w:p>
        </w:tc>
        <w:tc>
          <w:tcPr>
            <w:tcW w:w="2175" w:type="dxa"/>
            <w:tcMar>
              <w:top w:w="45" w:type="dxa"/>
              <w:left w:w="55" w:type="dxa"/>
              <w:bottom w:w="45" w:type="dxa"/>
              <w:right w:w="55" w:type="dxa"/>
            </w:tcMar>
            <w:vAlign w:val="center"/>
          </w:tcPr>
          <w:p w14:paraId="74B24C70" w14:textId="77777777" w:rsidR="00CE09A5" w:rsidRDefault="00940C04">
            <w:pPr>
              <w:spacing w:after="0"/>
            </w:pPr>
            <w:r>
              <w:rPr>
                <w:sz w:val="15"/>
              </w:rPr>
              <w:t>Click or tap</w:t>
            </w:r>
          </w:p>
        </w:tc>
      </w:tr>
    </w:tbl>
    <w:p w14:paraId="0D1BAB23" w14:textId="77777777" w:rsidR="00404F31" w:rsidRDefault="00404F31" w:rsidP="00404F31">
      <w:pPr>
        <w:jc w:val="center"/>
      </w:pPr>
      <w:r>
        <w:rPr>
          <w:i/>
          <w:color w:val="646464"/>
          <w:sz w:val="17"/>
        </w:rPr>
        <w:t>CRediT taxonomy: Contributor Role Taxonomy, ANSI/NISO, 14 contributor roles.</w:t>
      </w:r>
    </w:p>
    <w:p w14:paraId="562C379D" w14:textId="7544ABD8" w:rsidR="00CE09A5" w:rsidRDefault="00940C04">
      <w:pPr>
        <w:pStyle w:val="RIISH1"/>
      </w:pPr>
      <w:r>
        <w:t>1.5. Title Page statements</w:t>
      </w:r>
    </w:p>
    <w:tbl>
      <w:tblPr>
        <w:tblStyle w:val="TabelacomGrelha"/>
        <w:tblW w:w="0" w:type="auto"/>
        <w:jc w:val="center"/>
        <w:tblLook w:val="04A0" w:firstRow="1" w:lastRow="0" w:firstColumn="1" w:lastColumn="0" w:noHBand="0" w:noVBand="1"/>
      </w:tblPr>
      <w:tblGrid>
        <w:gridCol w:w="2126"/>
        <w:gridCol w:w="7836"/>
      </w:tblGrid>
      <w:tr w:rsidR="00CE09A5" w14:paraId="50918D95" w14:textId="77777777" w:rsidTr="00F31A88">
        <w:trPr>
          <w:jc w:val="center"/>
        </w:trPr>
        <w:tc>
          <w:tcPr>
            <w:tcW w:w="2126" w:type="dxa"/>
            <w:shd w:val="clear" w:color="auto" w:fill="F2F2F2"/>
            <w:tcMar>
              <w:top w:w="70" w:type="dxa"/>
              <w:left w:w="90" w:type="dxa"/>
              <w:bottom w:w="70" w:type="dxa"/>
              <w:right w:w="90" w:type="dxa"/>
            </w:tcMar>
            <w:vAlign w:val="center"/>
          </w:tcPr>
          <w:p w14:paraId="795E57FA" w14:textId="77777777" w:rsidR="00CE09A5" w:rsidRDefault="00940C04">
            <w:pPr>
              <w:spacing w:after="0"/>
            </w:pPr>
            <w:r>
              <w:rPr>
                <w:b/>
                <w:sz w:val="18"/>
              </w:rPr>
              <w:t>Funding</w:t>
            </w:r>
          </w:p>
        </w:tc>
        <w:tc>
          <w:tcPr>
            <w:tcW w:w="7836" w:type="dxa"/>
            <w:tcMar>
              <w:top w:w="70" w:type="dxa"/>
              <w:left w:w="90" w:type="dxa"/>
              <w:bottom w:w="70" w:type="dxa"/>
              <w:right w:w="90" w:type="dxa"/>
            </w:tcMar>
            <w:vAlign w:val="center"/>
          </w:tcPr>
          <w:p w14:paraId="3361F8C6" w14:textId="77777777" w:rsidR="00CE09A5" w:rsidRDefault="00940C04">
            <w:pPr>
              <w:spacing w:after="0"/>
            </w:pPr>
            <w:r>
              <w:rPr>
                <w:sz w:val="18"/>
              </w:rPr>
              <w:t>Where applicable, identify the funding bodies and the financial support related to the study or preparation of the manuscript. Where none exists, write: Not applicable.</w:t>
            </w:r>
          </w:p>
        </w:tc>
      </w:tr>
      <w:tr w:rsidR="00CE09A5" w14:paraId="29428CBA" w14:textId="77777777" w:rsidTr="00F31A88">
        <w:trPr>
          <w:jc w:val="center"/>
        </w:trPr>
        <w:tc>
          <w:tcPr>
            <w:tcW w:w="2126" w:type="dxa"/>
            <w:shd w:val="clear" w:color="auto" w:fill="F2F2F2"/>
            <w:tcMar>
              <w:top w:w="70" w:type="dxa"/>
              <w:left w:w="90" w:type="dxa"/>
              <w:bottom w:w="70" w:type="dxa"/>
              <w:right w:w="90" w:type="dxa"/>
            </w:tcMar>
            <w:vAlign w:val="center"/>
          </w:tcPr>
          <w:p w14:paraId="7AF17C2B" w14:textId="77777777" w:rsidR="00CE09A5" w:rsidRDefault="00940C04">
            <w:pPr>
              <w:spacing w:after="0"/>
            </w:pPr>
            <w:r>
              <w:rPr>
                <w:b/>
                <w:sz w:val="18"/>
              </w:rPr>
              <w:t>Conflicts of interest</w:t>
            </w:r>
          </w:p>
        </w:tc>
        <w:tc>
          <w:tcPr>
            <w:tcW w:w="7836" w:type="dxa"/>
            <w:tcMar>
              <w:top w:w="70" w:type="dxa"/>
              <w:left w:w="90" w:type="dxa"/>
              <w:bottom w:w="70" w:type="dxa"/>
              <w:right w:w="90" w:type="dxa"/>
            </w:tcMar>
            <w:vAlign w:val="center"/>
          </w:tcPr>
          <w:p w14:paraId="1D35852B" w14:textId="77777777" w:rsidR="00CE09A5" w:rsidRDefault="00940C04">
            <w:pPr>
              <w:spacing w:after="0"/>
            </w:pPr>
            <w:r>
              <w:rPr>
                <w:sz w:val="18"/>
              </w:rPr>
              <w:t>Declare whether any conflicts of interest related to the manuscript exist. Where they exist, identify and describe them clearly and transparently.</w:t>
            </w:r>
          </w:p>
        </w:tc>
      </w:tr>
      <w:tr w:rsidR="00CE09A5" w14:paraId="775EAF65" w14:textId="77777777" w:rsidTr="00F31A88">
        <w:trPr>
          <w:jc w:val="center"/>
        </w:trPr>
        <w:tc>
          <w:tcPr>
            <w:tcW w:w="2126" w:type="dxa"/>
            <w:tcBorders>
              <w:bottom w:val="single" w:sz="4" w:space="0" w:color="auto"/>
            </w:tcBorders>
            <w:shd w:val="clear" w:color="auto" w:fill="F2F2F2"/>
            <w:tcMar>
              <w:top w:w="70" w:type="dxa"/>
              <w:left w:w="90" w:type="dxa"/>
              <w:bottom w:w="70" w:type="dxa"/>
              <w:right w:w="90" w:type="dxa"/>
            </w:tcMar>
            <w:vAlign w:val="center"/>
          </w:tcPr>
          <w:p w14:paraId="791D87B2" w14:textId="77777777" w:rsidR="00CE09A5" w:rsidRDefault="00940C04">
            <w:pPr>
              <w:spacing w:after="0"/>
            </w:pPr>
            <w:r>
              <w:rPr>
                <w:b/>
                <w:sz w:val="18"/>
              </w:rPr>
              <w:t>Acknowledgements</w:t>
            </w:r>
          </w:p>
        </w:tc>
        <w:tc>
          <w:tcPr>
            <w:tcW w:w="7836" w:type="dxa"/>
            <w:tcBorders>
              <w:bottom w:val="single" w:sz="4" w:space="0" w:color="auto"/>
            </w:tcBorders>
            <w:tcMar>
              <w:top w:w="70" w:type="dxa"/>
              <w:left w:w="90" w:type="dxa"/>
              <w:bottom w:w="70" w:type="dxa"/>
              <w:right w:w="90" w:type="dxa"/>
            </w:tcMar>
            <w:vAlign w:val="center"/>
          </w:tcPr>
          <w:p w14:paraId="7CEBA67B" w14:textId="77777777" w:rsidR="00CE09A5" w:rsidRDefault="00940C04">
            <w:pPr>
              <w:spacing w:after="0"/>
            </w:pPr>
            <w:r>
              <w:rPr>
                <w:sz w:val="18"/>
              </w:rPr>
              <w:t>Where appropriate, include a general statement without identifying individuals, institutions or other entities.</w:t>
            </w:r>
          </w:p>
        </w:tc>
      </w:tr>
      <w:tr w:rsidR="00F31A88" w14:paraId="582DCE91" w14:textId="77777777" w:rsidTr="00F31A88">
        <w:trPr>
          <w:jc w:val="center"/>
        </w:trPr>
        <w:tc>
          <w:tcPr>
            <w:tcW w:w="2126" w:type="dxa"/>
            <w:tcBorders>
              <w:left w:val="nil"/>
              <w:right w:val="nil"/>
            </w:tcBorders>
            <w:shd w:val="clear" w:color="auto" w:fill="FFFFFF" w:themeFill="background1"/>
            <w:tcMar>
              <w:top w:w="70" w:type="dxa"/>
              <w:left w:w="90" w:type="dxa"/>
              <w:bottom w:w="70" w:type="dxa"/>
              <w:right w:w="90" w:type="dxa"/>
            </w:tcMar>
            <w:vAlign w:val="center"/>
          </w:tcPr>
          <w:p w14:paraId="531C81B0" w14:textId="77777777" w:rsidR="00F31A88" w:rsidRDefault="00F31A88">
            <w:pPr>
              <w:spacing w:after="0"/>
              <w:rPr>
                <w:b/>
                <w:sz w:val="18"/>
              </w:rPr>
            </w:pPr>
          </w:p>
        </w:tc>
        <w:tc>
          <w:tcPr>
            <w:tcW w:w="7836" w:type="dxa"/>
            <w:tcBorders>
              <w:left w:val="nil"/>
              <w:right w:val="nil"/>
            </w:tcBorders>
            <w:shd w:val="clear" w:color="auto" w:fill="FFFFFF" w:themeFill="background1"/>
            <w:tcMar>
              <w:top w:w="70" w:type="dxa"/>
              <w:left w:w="90" w:type="dxa"/>
              <w:bottom w:w="70" w:type="dxa"/>
              <w:right w:w="90" w:type="dxa"/>
            </w:tcMar>
            <w:vAlign w:val="center"/>
          </w:tcPr>
          <w:p w14:paraId="07A82205" w14:textId="77777777" w:rsidR="00F31A88" w:rsidRDefault="00F31A88">
            <w:pPr>
              <w:spacing w:after="0"/>
              <w:rPr>
                <w:sz w:val="18"/>
              </w:rPr>
            </w:pPr>
          </w:p>
        </w:tc>
      </w:tr>
      <w:tr w:rsidR="00CE09A5" w14:paraId="510724B2" w14:textId="77777777" w:rsidTr="00F31A88">
        <w:trPr>
          <w:jc w:val="center"/>
        </w:trPr>
        <w:tc>
          <w:tcPr>
            <w:tcW w:w="9962" w:type="dxa"/>
            <w:gridSpan w:val="2"/>
            <w:shd w:val="clear" w:color="auto" w:fill="9C0006"/>
            <w:tcMar>
              <w:top w:w="110" w:type="dxa"/>
              <w:left w:w="80" w:type="dxa"/>
              <w:bottom w:w="110" w:type="dxa"/>
              <w:right w:w="80" w:type="dxa"/>
            </w:tcMar>
          </w:tcPr>
          <w:p w14:paraId="5387DDBB" w14:textId="77777777" w:rsidR="00CE09A5" w:rsidRDefault="00940C04">
            <w:pPr>
              <w:jc w:val="center"/>
            </w:pPr>
            <w:bookmarkStart w:id="2" w:name="declaracao"/>
            <w:r>
              <w:rPr>
                <w:b/>
                <w:color w:val="FFFFFF"/>
                <w:sz w:val="28"/>
              </w:rPr>
              <w:t>2. AUTHOR RESPONSIBILITY STATEMENT</w:t>
            </w:r>
            <w:bookmarkEnd w:id="2"/>
          </w:p>
          <w:p w14:paraId="1E52294D" w14:textId="77777777" w:rsidR="00CE09A5" w:rsidRDefault="00940C04">
            <w:pPr>
              <w:jc w:val="center"/>
            </w:pPr>
            <w:r>
              <w:rPr>
                <w:color w:val="FFFFFF"/>
              </w:rPr>
              <w:t>Scientific, ethical and editorial commitments</w:t>
            </w:r>
          </w:p>
        </w:tc>
      </w:tr>
    </w:tbl>
    <w:p w14:paraId="1A17A392" w14:textId="77777777" w:rsidR="00CE09A5" w:rsidRDefault="00940C04">
      <w:pPr>
        <w:pStyle w:val="RIISH1"/>
      </w:pPr>
      <w:r>
        <w:t>2.1. Statement</w:t>
      </w:r>
    </w:p>
    <w:p w14:paraId="17EAE8E4" w14:textId="77777777" w:rsidR="00CE09A5" w:rsidRDefault="00940C04">
      <w:r>
        <w:t>The authors declare that the manuscript is original and unpublished and is not under consideration by another journal; that all authors made a relevant contribution, approved the submitted version and the order of authorship; and that they accept responsibility for the scientific, methodological, ethical, linguistic and formal quality of the manuscript.</w:t>
      </w:r>
    </w:p>
    <w:p w14:paraId="29F525EE" w14:textId="77777777" w:rsidR="00CE09A5" w:rsidRDefault="00940C04">
      <w:r>
        <w:t>The authors confirm that the data, results, citations and references are accurate and verifiable and that all applicable requirements concerning ethics, consent, confidentiality, data protection, copyright and transparency have been met.</w:t>
      </w:r>
    </w:p>
    <w:p w14:paraId="3CBCF0A8" w14:textId="77777777" w:rsidR="00CE09A5" w:rsidRDefault="00940C04">
      <w:r>
        <w:t>The authors confirm that the information provided on the Title Page, including authorship, affiliations, contributions, funding, conflicts of interest and acknowledgements, is complete and accurate.</w:t>
      </w:r>
    </w:p>
    <w:p w14:paraId="7886D90C" w14:textId="16FAF5E5" w:rsidR="00F31A88" w:rsidRDefault="00000000" w:rsidP="00DD01A4">
      <w:pPr>
        <w:ind w:left="85"/>
      </w:pPr>
      <w:sdt>
        <w:sdtPr>
          <w:rPr>
            <w:color w:val="9C0006"/>
          </w:rPr>
          <w:id w:val="-1325889301"/>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The authors accept the RIIS editorial process and acknowledge that submission of the manuscript does not guarantee acceptance.</w:t>
      </w:r>
    </w:p>
    <w:p w14:paraId="57B05A1C" w14:textId="743035A4" w:rsidR="00CE09A5" w:rsidRDefault="00940C04">
      <w:pPr>
        <w:pStyle w:val="RIISH1"/>
      </w:pPr>
      <w:r>
        <w:t>2.2. Origin of the work</w:t>
      </w:r>
    </w:p>
    <w:tbl>
      <w:tblPr>
        <w:tblStyle w:val="TabelacomGrelha"/>
        <w:tblW w:w="0" w:type="auto"/>
        <w:jc w:val="center"/>
        <w:tblLook w:val="04A0" w:firstRow="1" w:lastRow="0" w:firstColumn="1" w:lastColumn="0" w:noHBand="0" w:noVBand="1"/>
      </w:tblPr>
      <w:tblGrid>
        <w:gridCol w:w="3823"/>
        <w:gridCol w:w="6139"/>
      </w:tblGrid>
      <w:tr w:rsidR="00CE09A5" w14:paraId="1B016518" w14:textId="77777777" w:rsidTr="00F31A88">
        <w:trPr>
          <w:jc w:val="center"/>
        </w:trPr>
        <w:tc>
          <w:tcPr>
            <w:tcW w:w="3823" w:type="dxa"/>
            <w:shd w:val="clear" w:color="auto" w:fill="F2F2F2"/>
            <w:tcMar>
              <w:top w:w="70" w:type="dxa"/>
              <w:left w:w="90" w:type="dxa"/>
              <w:bottom w:w="70" w:type="dxa"/>
              <w:right w:w="90" w:type="dxa"/>
            </w:tcMar>
            <w:vAlign w:val="center"/>
          </w:tcPr>
          <w:p w14:paraId="237DC189" w14:textId="77777777" w:rsidR="00CE09A5" w:rsidRDefault="00940C04">
            <w:pPr>
              <w:spacing w:after="0"/>
            </w:pPr>
            <w:r>
              <w:rPr>
                <w:b/>
                <w:sz w:val="18"/>
              </w:rPr>
              <w:t>Is the manuscript based on academic work?</w:t>
            </w:r>
          </w:p>
        </w:tc>
        <w:tc>
          <w:tcPr>
            <w:tcW w:w="6139" w:type="dxa"/>
            <w:tcMar>
              <w:top w:w="70" w:type="dxa"/>
              <w:left w:w="90" w:type="dxa"/>
              <w:bottom w:w="70" w:type="dxa"/>
              <w:right w:w="90" w:type="dxa"/>
            </w:tcMar>
            <w:vAlign w:val="center"/>
          </w:tcPr>
          <w:p w14:paraId="2A7664AF" w14:textId="41DB3D90" w:rsidR="00CE09A5" w:rsidRDefault="00000000">
            <w:pPr>
              <w:spacing w:after="0"/>
            </w:pPr>
            <w:sdt>
              <w:sdtPr>
                <w:rPr>
                  <w:color w:val="9C0006"/>
                </w:rPr>
                <w:id w:val="2040399565"/>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No    </w:t>
            </w:r>
            <w:sdt>
              <w:sdtPr>
                <w:rPr>
                  <w:color w:val="9C0006"/>
                </w:rPr>
                <w:id w:val="1702980187"/>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Yes</w:t>
            </w:r>
          </w:p>
        </w:tc>
      </w:tr>
      <w:tr w:rsidR="00CE09A5" w14:paraId="441F5A63" w14:textId="77777777" w:rsidTr="00F31A88">
        <w:trPr>
          <w:jc w:val="center"/>
        </w:trPr>
        <w:tc>
          <w:tcPr>
            <w:tcW w:w="3823" w:type="dxa"/>
            <w:shd w:val="clear" w:color="auto" w:fill="F2F2F2"/>
            <w:tcMar>
              <w:top w:w="70" w:type="dxa"/>
              <w:left w:w="90" w:type="dxa"/>
              <w:bottom w:w="70" w:type="dxa"/>
              <w:right w:w="90" w:type="dxa"/>
            </w:tcMar>
            <w:vAlign w:val="center"/>
          </w:tcPr>
          <w:p w14:paraId="1F900331" w14:textId="77777777" w:rsidR="00CE09A5" w:rsidRDefault="00940C04">
            <w:pPr>
              <w:spacing w:after="0"/>
            </w:pPr>
            <w:r>
              <w:rPr>
                <w:b/>
                <w:sz w:val="18"/>
              </w:rPr>
              <w:t>Type of work</w:t>
            </w:r>
          </w:p>
        </w:tc>
        <w:tc>
          <w:tcPr>
            <w:tcW w:w="6139" w:type="dxa"/>
            <w:tcMar>
              <w:top w:w="70" w:type="dxa"/>
              <w:left w:w="90" w:type="dxa"/>
              <w:bottom w:w="70" w:type="dxa"/>
              <w:right w:w="90" w:type="dxa"/>
            </w:tcMar>
            <w:vAlign w:val="center"/>
          </w:tcPr>
          <w:p w14:paraId="72D72E7D" w14:textId="314B97C1" w:rsidR="00CE09A5" w:rsidRDefault="00000000">
            <w:pPr>
              <w:spacing w:after="0"/>
            </w:pPr>
            <w:sdt>
              <w:sdtPr>
                <w:rPr>
                  <w:color w:val="9C0006"/>
                </w:rPr>
                <w:id w:val="1251775366"/>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Thesis    </w:t>
            </w:r>
            <w:sdt>
              <w:sdtPr>
                <w:rPr>
                  <w:color w:val="9C0006"/>
                </w:rPr>
                <w:id w:val="956064747"/>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Dissertation    </w:t>
            </w:r>
            <w:sdt>
              <w:sdtPr>
                <w:rPr>
                  <w:color w:val="9C0006"/>
                </w:rPr>
                <w:id w:val="1253319788"/>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Report    </w:t>
            </w:r>
            <w:sdt>
              <w:sdtPr>
                <w:rPr>
                  <w:color w:val="9C0006"/>
                </w:rPr>
                <w:id w:val="-1212410074"/>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Other</w:t>
            </w:r>
          </w:p>
        </w:tc>
      </w:tr>
      <w:tr w:rsidR="00CE09A5" w14:paraId="2BD166B4" w14:textId="77777777" w:rsidTr="00F31A88">
        <w:trPr>
          <w:jc w:val="center"/>
        </w:trPr>
        <w:tc>
          <w:tcPr>
            <w:tcW w:w="3823" w:type="dxa"/>
            <w:shd w:val="clear" w:color="auto" w:fill="F2F2F2"/>
            <w:tcMar>
              <w:top w:w="70" w:type="dxa"/>
              <w:left w:w="90" w:type="dxa"/>
              <w:bottom w:w="70" w:type="dxa"/>
              <w:right w:w="90" w:type="dxa"/>
            </w:tcMar>
            <w:vAlign w:val="center"/>
          </w:tcPr>
          <w:p w14:paraId="01DB4DE1" w14:textId="77777777" w:rsidR="00CE09A5" w:rsidRDefault="00940C04">
            <w:pPr>
              <w:spacing w:after="0"/>
            </w:pPr>
            <w:r>
              <w:rPr>
                <w:b/>
                <w:sz w:val="18"/>
              </w:rPr>
              <w:lastRenderedPageBreak/>
              <w:t>Link to the work</w:t>
            </w:r>
          </w:p>
        </w:tc>
        <w:tc>
          <w:tcPr>
            <w:tcW w:w="6139" w:type="dxa"/>
            <w:tcMar>
              <w:top w:w="70" w:type="dxa"/>
              <w:left w:w="90" w:type="dxa"/>
              <w:bottom w:w="70" w:type="dxa"/>
              <w:right w:w="90" w:type="dxa"/>
            </w:tcMar>
            <w:vAlign w:val="center"/>
          </w:tcPr>
          <w:p w14:paraId="55474FE8" w14:textId="77777777" w:rsidR="00CE09A5" w:rsidRDefault="00940C04">
            <w:pPr>
              <w:spacing w:after="0"/>
            </w:pPr>
            <w:r>
              <w:rPr>
                <w:sz w:val="18"/>
              </w:rPr>
              <w:t>Click or tap to enter the link, where applicable</w:t>
            </w:r>
          </w:p>
        </w:tc>
      </w:tr>
    </w:tbl>
    <w:p w14:paraId="1B5DD5B1" w14:textId="77777777" w:rsidR="00CE09A5" w:rsidRDefault="00940C04">
      <w:pPr>
        <w:pStyle w:val="RIISH1"/>
      </w:pPr>
      <w:r>
        <w:t>2.3. Specific statements</w:t>
      </w:r>
    </w:p>
    <w:tbl>
      <w:tblPr>
        <w:tblStyle w:val="TabelacomGrelha"/>
        <w:tblW w:w="0" w:type="auto"/>
        <w:jc w:val="center"/>
        <w:tblLook w:val="04A0" w:firstRow="1" w:lastRow="0" w:firstColumn="1" w:lastColumn="0" w:noHBand="0" w:noVBand="1"/>
      </w:tblPr>
      <w:tblGrid>
        <w:gridCol w:w="3824"/>
        <w:gridCol w:w="6138"/>
      </w:tblGrid>
      <w:tr w:rsidR="00CE09A5" w14:paraId="22B17A9A" w14:textId="77777777" w:rsidTr="008F3A58">
        <w:trPr>
          <w:jc w:val="center"/>
        </w:trPr>
        <w:tc>
          <w:tcPr>
            <w:tcW w:w="3828" w:type="dxa"/>
            <w:shd w:val="clear" w:color="auto" w:fill="F2F2F2"/>
            <w:tcMar>
              <w:top w:w="70" w:type="dxa"/>
              <w:left w:w="90" w:type="dxa"/>
              <w:bottom w:w="70" w:type="dxa"/>
              <w:right w:w="90" w:type="dxa"/>
            </w:tcMar>
            <w:vAlign w:val="center"/>
          </w:tcPr>
          <w:p w14:paraId="79DBBA05" w14:textId="77777777" w:rsidR="00CE09A5" w:rsidRDefault="00940C04">
            <w:pPr>
              <w:spacing w:after="0"/>
            </w:pPr>
            <w:r>
              <w:rPr>
                <w:b/>
                <w:sz w:val="18"/>
              </w:rPr>
              <w:t>Ethics approval</w:t>
            </w:r>
          </w:p>
        </w:tc>
        <w:tc>
          <w:tcPr>
            <w:tcW w:w="6144" w:type="dxa"/>
            <w:tcMar>
              <w:top w:w="70" w:type="dxa"/>
              <w:left w:w="90" w:type="dxa"/>
              <w:bottom w:w="70" w:type="dxa"/>
              <w:right w:w="90" w:type="dxa"/>
            </w:tcMar>
            <w:vAlign w:val="center"/>
          </w:tcPr>
          <w:p w14:paraId="7D7C4008" w14:textId="147C58A3" w:rsidR="00CE09A5" w:rsidRDefault="00000000">
            <w:pPr>
              <w:spacing w:after="0"/>
            </w:pPr>
            <w:sdt>
              <w:sdtPr>
                <w:rPr>
                  <w:color w:val="9C0006"/>
                </w:rPr>
                <w:id w:val="-1423945292"/>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Not applicable    </w:t>
            </w:r>
            <w:sdt>
              <w:sdtPr>
                <w:rPr>
                  <w:color w:val="9C0006"/>
                </w:rPr>
                <w:id w:val="-266622181"/>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Obtained    </w:t>
            </w:r>
            <w:sdt>
              <w:sdtPr>
                <w:rPr>
                  <w:color w:val="9C0006"/>
                </w:rPr>
                <w:id w:val="2091965025"/>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Justified waiver</w:t>
            </w:r>
          </w:p>
        </w:tc>
      </w:tr>
      <w:tr w:rsidR="00CE09A5" w14:paraId="0DBC1951" w14:textId="77777777" w:rsidTr="008F3A58">
        <w:trPr>
          <w:jc w:val="center"/>
        </w:trPr>
        <w:tc>
          <w:tcPr>
            <w:tcW w:w="3828" w:type="dxa"/>
            <w:shd w:val="clear" w:color="auto" w:fill="F2F2F2"/>
            <w:tcMar>
              <w:top w:w="70" w:type="dxa"/>
              <w:left w:w="90" w:type="dxa"/>
              <w:bottom w:w="70" w:type="dxa"/>
              <w:right w:w="90" w:type="dxa"/>
            </w:tcMar>
            <w:vAlign w:val="center"/>
          </w:tcPr>
          <w:p w14:paraId="0DB93DFD" w14:textId="77777777" w:rsidR="00CE09A5" w:rsidRDefault="00940C04">
            <w:pPr>
              <w:spacing w:after="0"/>
            </w:pPr>
            <w:r>
              <w:rPr>
                <w:b/>
                <w:sz w:val="18"/>
              </w:rPr>
              <w:t>Committee / reference</w:t>
            </w:r>
          </w:p>
        </w:tc>
        <w:tc>
          <w:tcPr>
            <w:tcW w:w="6144" w:type="dxa"/>
            <w:tcMar>
              <w:top w:w="70" w:type="dxa"/>
              <w:left w:w="90" w:type="dxa"/>
              <w:bottom w:w="70" w:type="dxa"/>
              <w:right w:w="90" w:type="dxa"/>
            </w:tcMar>
            <w:vAlign w:val="center"/>
          </w:tcPr>
          <w:p w14:paraId="168BD6CC" w14:textId="77777777" w:rsidR="00CE09A5" w:rsidRDefault="00940C04">
            <w:pPr>
              <w:spacing w:after="0"/>
            </w:pPr>
            <w:r>
              <w:rPr>
                <w:sz w:val="18"/>
              </w:rPr>
              <w:t>Click or tap to enter the identification, where applicable</w:t>
            </w:r>
          </w:p>
        </w:tc>
      </w:tr>
      <w:tr w:rsidR="00CE09A5" w14:paraId="36BB5855" w14:textId="77777777" w:rsidTr="008F3A58">
        <w:trPr>
          <w:jc w:val="center"/>
        </w:trPr>
        <w:tc>
          <w:tcPr>
            <w:tcW w:w="3828" w:type="dxa"/>
            <w:shd w:val="clear" w:color="auto" w:fill="F2F2F2"/>
            <w:tcMar>
              <w:top w:w="70" w:type="dxa"/>
              <w:left w:w="90" w:type="dxa"/>
              <w:bottom w:w="70" w:type="dxa"/>
              <w:right w:w="90" w:type="dxa"/>
            </w:tcMar>
            <w:vAlign w:val="center"/>
          </w:tcPr>
          <w:p w14:paraId="0423FDAA" w14:textId="77777777" w:rsidR="00CE09A5" w:rsidRDefault="00940C04">
            <w:pPr>
              <w:spacing w:after="0"/>
            </w:pPr>
            <w:r>
              <w:rPr>
                <w:b/>
                <w:sz w:val="18"/>
              </w:rPr>
              <w:t>Informed consent</w:t>
            </w:r>
          </w:p>
        </w:tc>
        <w:tc>
          <w:tcPr>
            <w:tcW w:w="6144" w:type="dxa"/>
            <w:tcMar>
              <w:top w:w="70" w:type="dxa"/>
              <w:left w:w="90" w:type="dxa"/>
              <w:bottom w:w="70" w:type="dxa"/>
              <w:right w:w="90" w:type="dxa"/>
            </w:tcMar>
            <w:vAlign w:val="center"/>
          </w:tcPr>
          <w:p w14:paraId="73C70FF0" w14:textId="184C6138" w:rsidR="00CE09A5" w:rsidRDefault="00000000">
            <w:pPr>
              <w:spacing w:after="0"/>
            </w:pPr>
            <w:sdt>
              <w:sdtPr>
                <w:rPr>
                  <w:color w:val="9C0006"/>
                </w:rPr>
                <w:id w:val="289413361"/>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Not applicable    </w:t>
            </w:r>
            <w:sdt>
              <w:sdtPr>
                <w:rPr>
                  <w:color w:val="9C0006"/>
                </w:rPr>
                <w:id w:val="-660003408"/>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Obtained</w:t>
            </w:r>
          </w:p>
        </w:tc>
      </w:tr>
      <w:tr w:rsidR="00CE09A5" w14:paraId="7515C277" w14:textId="77777777" w:rsidTr="008F3A58">
        <w:trPr>
          <w:jc w:val="center"/>
        </w:trPr>
        <w:tc>
          <w:tcPr>
            <w:tcW w:w="3828" w:type="dxa"/>
            <w:shd w:val="clear" w:color="auto" w:fill="F2F2F2"/>
            <w:tcMar>
              <w:top w:w="70" w:type="dxa"/>
              <w:left w:w="90" w:type="dxa"/>
              <w:bottom w:w="70" w:type="dxa"/>
              <w:right w:w="90" w:type="dxa"/>
            </w:tcMar>
            <w:vAlign w:val="center"/>
          </w:tcPr>
          <w:p w14:paraId="4C388F51" w14:textId="77777777" w:rsidR="00CE09A5" w:rsidRDefault="00940C04">
            <w:pPr>
              <w:spacing w:after="0"/>
            </w:pPr>
            <w:r>
              <w:rPr>
                <w:b/>
                <w:sz w:val="18"/>
              </w:rPr>
              <w:t>Consent for publication</w:t>
            </w:r>
          </w:p>
        </w:tc>
        <w:tc>
          <w:tcPr>
            <w:tcW w:w="6144" w:type="dxa"/>
            <w:tcMar>
              <w:top w:w="70" w:type="dxa"/>
              <w:left w:w="90" w:type="dxa"/>
              <w:bottom w:w="70" w:type="dxa"/>
              <w:right w:w="90" w:type="dxa"/>
            </w:tcMar>
            <w:vAlign w:val="center"/>
          </w:tcPr>
          <w:p w14:paraId="30DEF97B" w14:textId="3FD6A8A3" w:rsidR="00CE09A5" w:rsidRDefault="00000000">
            <w:pPr>
              <w:spacing w:after="0"/>
            </w:pPr>
            <w:sdt>
              <w:sdtPr>
                <w:rPr>
                  <w:color w:val="9C0006"/>
                </w:rPr>
                <w:id w:val="-670480607"/>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Not applicable    </w:t>
            </w:r>
            <w:sdt>
              <w:sdtPr>
                <w:rPr>
                  <w:color w:val="9C0006"/>
                </w:rPr>
                <w:id w:val="-762381649"/>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Obtained</w:t>
            </w:r>
          </w:p>
        </w:tc>
      </w:tr>
      <w:tr w:rsidR="00CE09A5" w14:paraId="72C94C99" w14:textId="77777777" w:rsidTr="008F3A58">
        <w:trPr>
          <w:jc w:val="center"/>
        </w:trPr>
        <w:tc>
          <w:tcPr>
            <w:tcW w:w="3828" w:type="dxa"/>
            <w:shd w:val="clear" w:color="auto" w:fill="F2F2F2"/>
            <w:tcMar>
              <w:top w:w="70" w:type="dxa"/>
              <w:left w:w="90" w:type="dxa"/>
              <w:bottom w:w="70" w:type="dxa"/>
              <w:right w:w="90" w:type="dxa"/>
            </w:tcMar>
            <w:vAlign w:val="center"/>
          </w:tcPr>
          <w:p w14:paraId="5ED246D1" w14:textId="77777777" w:rsidR="00CE09A5" w:rsidRDefault="00940C04">
            <w:pPr>
              <w:spacing w:after="0"/>
            </w:pPr>
            <w:r>
              <w:rPr>
                <w:b/>
                <w:sz w:val="18"/>
              </w:rPr>
              <w:t>Data availability</w:t>
            </w:r>
          </w:p>
        </w:tc>
        <w:tc>
          <w:tcPr>
            <w:tcW w:w="6144" w:type="dxa"/>
            <w:tcMar>
              <w:top w:w="70" w:type="dxa"/>
              <w:left w:w="90" w:type="dxa"/>
              <w:bottom w:w="70" w:type="dxa"/>
              <w:right w:w="90" w:type="dxa"/>
            </w:tcMar>
            <w:vAlign w:val="center"/>
          </w:tcPr>
          <w:p w14:paraId="43F395DE" w14:textId="1E51EA05" w:rsidR="00CE09A5" w:rsidRDefault="00000000">
            <w:pPr>
              <w:spacing w:after="0"/>
            </w:pPr>
            <w:sdt>
              <w:sdtPr>
                <w:rPr>
                  <w:color w:val="9C0006"/>
                </w:rPr>
                <w:id w:val="-438842804"/>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Repository    </w:t>
            </w:r>
            <w:sdt>
              <w:sdtPr>
                <w:rPr>
                  <w:color w:val="9C0006"/>
                </w:rPr>
                <w:id w:val="1021522418"/>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Upon request    </w:t>
            </w:r>
            <w:sdt>
              <w:sdtPr>
                <w:rPr>
                  <w:color w:val="9C0006"/>
                </w:rPr>
                <w:id w:val="-1478759219"/>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Not available          </w:t>
            </w:r>
            <w:sdt>
              <w:sdtPr>
                <w:rPr>
                  <w:color w:val="9C0006"/>
                </w:rPr>
                <w:id w:val="-1255734429"/>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404F31">
              <w:rPr>
                <w:sz w:val="18"/>
              </w:rPr>
              <w:t xml:space="preserve"> Not applicable</w:t>
            </w:r>
          </w:p>
        </w:tc>
      </w:tr>
      <w:tr w:rsidR="00CE09A5" w14:paraId="3EE9D466" w14:textId="77777777" w:rsidTr="008F3A58">
        <w:trPr>
          <w:jc w:val="center"/>
        </w:trPr>
        <w:tc>
          <w:tcPr>
            <w:tcW w:w="3828" w:type="dxa"/>
            <w:shd w:val="clear" w:color="auto" w:fill="F2F2F2"/>
            <w:tcMar>
              <w:top w:w="70" w:type="dxa"/>
              <w:left w:w="90" w:type="dxa"/>
              <w:bottom w:w="70" w:type="dxa"/>
              <w:right w:w="90" w:type="dxa"/>
            </w:tcMar>
            <w:vAlign w:val="center"/>
          </w:tcPr>
          <w:p w14:paraId="2F8C7974" w14:textId="77777777" w:rsidR="00CE09A5" w:rsidRDefault="00940C04">
            <w:pPr>
              <w:spacing w:after="0"/>
            </w:pPr>
            <w:r>
              <w:rPr>
                <w:b/>
                <w:sz w:val="18"/>
              </w:rPr>
              <w:t>Use of artificial intelligence</w:t>
            </w:r>
          </w:p>
        </w:tc>
        <w:tc>
          <w:tcPr>
            <w:tcW w:w="6144" w:type="dxa"/>
            <w:tcMar>
              <w:top w:w="70" w:type="dxa"/>
              <w:left w:w="90" w:type="dxa"/>
              <w:bottom w:w="70" w:type="dxa"/>
              <w:right w:w="90" w:type="dxa"/>
            </w:tcMar>
            <w:vAlign w:val="center"/>
          </w:tcPr>
          <w:p w14:paraId="3B1C11F6" w14:textId="77B6A812" w:rsidR="00CE09A5" w:rsidRDefault="00000000">
            <w:pPr>
              <w:spacing w:after="0"/>
            </w:pPr>
            <w:sdt>
              <w:sdtPr>
                <w:rPr>
                  <w:color w:val="9C0006"/>
                </w:rPr>
                <w:id w:val="-1714725733"/>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sz w:val="18"/>
              </w:rPr>
              <w:t xml:space="preserve"> No generative AI was used    </w:t>
            </w:r>
            <w:sdt>
              <w:sdtPr>
                <w:rPr>
                  <w:color w:val="9C0006"/>
                </w:rPr>
                <w:id w:val="2081248734"/>
                <w14:checkbox>
                  <w14:checked w14:val="0"/>
                  <w14:checkedState w14:val="2612" w14:font="MS Gothic"/>
                  <w14:uncheckedState w14:val="2610" w14:font="MS Gothic"/>
                </w14:checkbox>
              </w:sdtPr>
              <w:sdtContent>
                <w:r w:rsidR="00F31A88">
                  <w:rPr>
                    <w:rFonts w:ascii="MS Gothic" w:eastAsia="MS Gothic" w:hAnsi="MS Gothic" w:hint="eastAsia"/>
                    <w:color w:val="9C0006"/>
                  </w:rPr>
                  <w:t>☐</w:t>
                </w:r>
              </w:sdtContent>
            </w:sdt>
            <w:r w:rsidR="00940C04">
              <w:rPr>
                <w:sz w:val="18"/>
              </w:rPr>
              <w:t xml:space="preserve"> Generative AI was used</w:t>
            </w:r>
            <w:r w:rsidR="00404F31">
              <w:rPr>
                <w:sz w:val="18"/>
              </w:rPr>
              <w:br/>
            </w:r>
            <w:r w:rsidR="00940C04">
              <w:rPr>
                <w:sz w:val="18"/>
              </w:rPr>
              <w:t>Specify the tool, purpose and form of human oversight.</w:t>
            </w:r>
          </w:p>
        </w:tc>
      </w:tr>
    </w:tbl>
    <w:p w14:paraId="2B861237" w14:textId="77777777" w:rsidR="00CE09A5" w:rsidRDefault="00940C04">
      <w:pPr>
        <w:pStyle w:val="RIISH1"/>
      </w:pPr>
      <w:r>
        <w:t>2.4. Identification and signature</w:t>
      </w:r>
    </w:p>
    <w:p w14:paraId="5175948E" w14:textId="77777777" w:rsidR="00CE09A5" w:rsidRDefault="00940C04">
      <w:r>
        <w:rPr>
          <w:sz w:val="18"/>
        </w:rPr>
        <w:t>The signature confirms that this statement has been read and accepted in full. Add rows according to the number of authors.</w:t>
      </w:r>
    </w:p>
    <w:tbl>
      <w:tblPr>
        <w:tblStyle w:val="TabelacomGrelha"/>
        <w:tblW w:w="0" w:type="auto"/>
        <w:jc w:val="center"/>
        <w:tblLook w:val="04A0" w:firstRow="1" w:lastRow="0" w:firstColumn="1" w:lastColumn="0" w:noHBand="0" w:noVBand="1"/>
      </w:tblPr>
      <w:tblGrid>
        <w:gridCol w:w="3321"/>
        <w:gridCol w:w="3321"/>
        <w:gridCol w:w="3320"/>
      </w:tblGrid>
      <w:tr w:rsidR="00CE09A5" w14:paraId="338400D5" w14:textId="77777777">
        <w:trPr>
          <w:jc w:val="center"/>
        </w:trPr>
        <w:tc>
          <w:tcPr>
            <w:tcW w:w="3324" w:type="dxa"/>
            <w:shd w:val="clear" w:color="auto" w:fill="9C0006"/>
            <w:tcMar>
              <w:top w:w="70" w:type="dxa"/>
              <w:left w:w="80" w:type="dxa"/>
              <w:bottom w:w="70" w:type="dxa"/>
              <w:right w:w="80" w:type="dxa"/>
            </w:tcMar>
          </w:tcPr>
          <w:p w14:paraId="26D0FDDA" w14:textId="77777777" w:rsidR="00CE09A5" w:rsidRDefault="00940C04">
            <w:r>
              <w:rPr>
                <w:b/>
                <w:color w:val="FFFFFF"/>
                <w:sz w:val="18"/>
              </w:rPr>
              <w:t>Name</w:t>
            </w:r>
          </w:p>
        </w:tc>
        <w:tc>
          <w:tcPr>
            <w:tcW w:w="3324" w:type="dxa"/>
            <w:shd w:val="clear" w:color="auto" w:fill="9C0006"/>
            <w:tcMar>
              <w:top w:w="70" w:type="dxa"/>
              <w:left w:w="80" w:type="dxa"/>
              <w:bottom w:w="70" w:type="dxa"/>
              <w:right w:w="80" w:type="dxa"/>
            </w:tcMar>
          </w:tcPr>
          <w:p w14:paraId="3AA76E1C" w14:textId="77777777" w:rsidR="00CE09A5" w:rsidRDefault="00940C04">
            <w:r>
              <w:rPr>
                <w:b/>
                <w:color w:val="FFFFFF"/>
                <w:sz w:val="18"/>
              </w:rPr>
              <w:t>Signature</w:t>
            </w:r>
          </w:p>
        </w:tc>
        <w:tc>
          <w:tcPr>
            <w:tcW w:w="3324" w:type="dxa"/>
            <w:shd w:val="clear" w:color="auto" w:fill="9C0006"/>
            <w:tcMar>
              <w:top w:w="70" w:type="dxa"/>
              <w:left w:w="80" w:type="dxa"/>
              <w:bottom w:w="70" w:type="dxa"/>
              <w:right w:w="80" w:type="dxa"/>
            </w:tcMar>
          </w:tcPr>
          <w:p w14:paraId="443800D0" w14:textId="77777777" w:rsidR="00CE09A5" w:rsidRDefault="00940C04">
            <w:r>
              <w:rPr>
                <w:b/>
                <w:color w:val="FFFFFF"/>
                <w:sz w:val="18"/>
              </w:rPr>
              <w:t>Date</w:t>
            </w:r>
          </w:p>
        </w:tc>
      </w:tr>
      <w:tr w:rsidR="00CE09A5" w14:paraId="4155D747" w14:textId="77777777">
        <w:trPr>
          <w:jc w:val="center"/>
        </w:trPr>
        <w:tc>
          <w:tcPr>
            <w:tcW w:w="3324" w:type="dxa"/>
            <w:tcMar>
              <w:top w:w="70" w:type="dxa"/>
              <w:left w:w="80" w:type="dxa"/>
              <w:bottom w:w="70" w:type="dxa"/>
              <w:right w:w="80" w:type="dxa"/>
            </w:tcMar>
          </w:tcPr>
          <w:p w14:paraId="6A20B9FA" w14:textId="77777777" w:rsidR="00CE09A5" w:rsidRDefault="00940C04">
            <w:r>
              <w:rPr>
                <w:sz w:val="18"/>
              </w:rPr>
              <w:t>Click or tap</w:t>
            </w:r>
          </w:p>
        </w:tc>
        <w:tc>
          <w:tcPr>
            <w:tcW w:w="3324" w:type="dxa"/>
            <w:tcMar>
              <w:top w:w="70" w:type="dxa"/>
              <w:left w:w="80" w:type="dxa"/>
              <w:bottom w:w="70" w:type="dxa"/>
              <w:right w:w="80" w:type="dxa"/>
            </w:tcMar>
          </w:tcPr>
          <w:p w14:paraId="048B9A6B" w14:textId="77777777" w:rsidR="00CE09A5" w:rsidRDefault="00940C04">
            <w:r>
              <w:rPr>
                <w:sz w:val="18"/>
              </w:rPr>
              <w:t>Click or tap</w:t>
            </w:r>
          </w:p>
        </w:tc>
        <w:tc>
          <w:tcPr>
            <w:tcW w:w="3324" w:type="dxa"/>
            <w:tcMar>
              <w:top w:w="70" w:type="dxa"/>
              <w:left w:w="80" w:type="dxa"/>
              <w:bottom w:w="70" w:type="dxa"/>
              <w:right w:w="80" w:type="dxa"/>
            </w:tcMar>
          </w:tcPr>
          <w:p w14:paraId="7AAFB23D" w14:textId="77777777" w:rsidR="00CE09A5" w:rsidRDefault="00940C04">
            <w:r>
              <w:rPr>
                <w:sz w:val="18"/>
              </w:rPr>
              <w:t>Click or tap</w:t>
            </w:r>
          </w:p>
        </w:tc>
      </w:tr>
      <w:tr w:rsidR="00CE09A5" w14:paraId="4AE5F0F0" w14:textId="77777777">
        <w:trPr>
          <w:jc w:val="center"/>
        </w:trPr>
        <w:tc>
          <w:tcPr>
            <w:tcW w:w="3324" w:type="dxa"/>
            <w:tcMar>
              <w:top w:w="70" w:type="dxa"/>
              <w:left w:w="80" w:type="dxa"/>
              <w:bottom w:w="70" w:type="dxa"/>
              <w:right w:w="80" w:type="dxa"/>
            </w:tcMar>
          </w:tcPr>
          <w:p w14:paraId="1530A838" w14:textId="77777777" w:rsidR="00CE09A5" w:rsidRDefault="00940C04">
            <w:r>
              <w:rPr>
                <w:sz w:val="18"/>
              </w:rPr>
              <w:t>Click or tap</w:t>
            </w:r>
          </w:p>
        </w:tc>
        <w:tc>
          <w:tcPr>
            <w:tcW w:w="3324" w:type="dxa"/>
            <w:tcMar>
              <w:top w:w="70" w:type="dxa"/>
              <w:left w:w="80" w:type="dxa"/>
              <w:bottom w:w="70" w:type="dxa"/>
              <w:right w:w="80" w:type="dxa"/>
            </w:tcMar>
          </w:tcPr>
          <w:p w14:paraId="06B235A1" w14:textId="77777777" w:rsidR="00CE09A5" w:rsidRDefault="00940C04">
            <w:r>
              <w:rPr>
                <w:sz w:val="18"/>
              </w:rPr>
              <w:t>Click or tap</w:t>
            </w:r>
          </w:p>
        </w:tc>
        <w:tc>
          <w:tcPr>
            <w:tcW w:w="3324" w:type="dxa"/>
            <w:tcMar>
              <w:top w:w="70" w:type="dxa"/>
              <w:left w:w="80" w:type="dxa"/>
              <w:bottom w:w="70" w:type="dxa"/>
              <w:right w:w="80" w:type="dxa"/>
            </w:tcMar>
          </w:tcPr>
          <w:p w14:paraId="7DC00753" w14:textId="77777777" w:rsidR="00CE09A5" w:rsidRDefault="00940C04">
            <w:r>
              <w:rPr>
                <w:sz w:val="18"/>
              </w:rPr>
              <w:t>Click or tap</w:t>
            </w:r>
          </w:p>
        </w:tc>
      </w:tr>
      <w:tr w:rsidR="00CE09A5" w14:paraId="55C8F071" w14:textId="77777777">
        <w:trPr>
          <w:jc w:val="center"/>
        </w:trPr>
        <w:tc>
          <w:tcPr>
            <w:tcW w:w="3324" w:type="dxa"/>
            <w:tcMar>
              <w:top w:w="70" w:type="dxa"/>
              <w:left w:w="80" w:type="dxa"/>
              <w:bottom w:w="70" w:type="dxa"/>
              <w:right w:w="80" w:type="dxa"/>
            </w:tcMar>
          </w:tcPr>
          <w:p w14:paraId="725915B4" w14:textId="77777777" w:rsidR="00CE09A5" w:rsidRDefault="00940C04">
            <w:r>
              <w:rPr>
                <w:sz w:val="18"/>
              </w:rPr>
              <w:t>Click or tap</w:t>
            </w:r>
          </w:p>
        </w:tc>
        <w:tc>
          <w:tcPr>
            <w:tcW w:w="3324" w:type="dxa"/>
            <w:tcMar>
              <w:top w:w="70" w:type="dxa"/>
              <w:left w:w="80" w:type="dxa"/>
              <w:bottom w:w="70" w:type="dxa"/>
              <w:right w:w="80" w:type="dxa"/>
            </w:tcMar>
          </w:tcPr>
          <w:p w14:paraId="5EA29785" w14:textId="77777777" w:rsidR="00CE09A5" w:rsidRDefault="00940C04">
            <w:r>
              <w:rPr>
                <w:sz w:val="18"/>
              </w:rPr>
              <w:t>Click or tap</w:t>
            </w:r>
          </w:p>
        </w:tc>
        <w:tc>
          <w:tcPr>
            <w:tcW w:w="3324" w:type="dxa"/>
            <w:tcMar>
              <w:top w:w="70" w:type="dxa"/>
              <w:left w:w="80" w:type="dxa"/>
              <w:bottom w:w="70" w:type="dxa"/>
              <w:right w:w="80" w:type="dxa"/>
            </w:tcMar>
          </w:tcPr>
          <w:p w14:paraId="1E9BB058" w14:textId="77777777" w:rsidR="00CE09A5" w:rsidRDefault="00940C04">
            <w:r>
              <w:rPr>
                <w:sz w:val="18"/>
              </w:rPr>
              <w:t>Click or tap</w:t>
            </w:r>
          </w:p>
        </w:tc>
      </w:tr>
      <w:tr w:rsidR="00CE09A5" w14:paraId="52C16092" w14:textId="77777777">
        <w:trPr>
          <w:jc w:val="center"/>
        </w:trPr>
        <w:tc>
          <w:tcPr>
            <w:tcW w:w="3324" w:type="dxa"/>
            <w:tcMar>
              <w:top w:w="70" w:type="dxa"/>
              <w:left w:w="80" w:type="dxa"/>
              <w:bottom w:w="70" w:type="dxa"/>
              <w:right w:w="80" w:type="dxa"/>
            </w:tcMar>
          </w:tcPr>
          <w:p w14:paraId="18BCFC0A" w14:textId="77777777" w:rsidR="00CE09A5" w:rsidRDefault="00940C04">
            <w:r>
              <w:rPr>
                <w:sz w:val="18"/>
              </w:rPr>
              <w:t>Click or tap</w:t>
            </w:r>
          </w:p>
        </w:tc>
        <w:tc>
          <w:tcPr>
            <w:tcW w:w="3324" w:type="dxa"/>
            <w:tcMar>
              <w:top w:w="70" w:type="dxa"/>
              <w:left w:w="80" w:type="dxa"/>
              <w:bottom w:w="70" w:type="dxa"/>
              <w:right w:w="80" w:type="dxa"/>
            </w:tcMar>
          </w:tcPr>
          <w:p w14:paraId="251DCF12" w14:textId="77777777" w:rsidR="00CE09A5" w:rsidRDefault="00940C04">
            <w:r>
              <w:rPr>
                <w:sz w:val="18"/>
              </w:rPr>
              <w:t>Click or tap</w:t>
            </w:r>
          </w:p>
        </w:tc>
        <w:tc>
          <w:tcPr>
            <w:tcW w:w="3324" w:type="dxa"/>
            <w:tcMar>
              <w:top w:w="70" w:type="dxa"/>
              <w:left w:w="80" w:type="dxa"/>
              <w:bottom w:w="70" w:type="dxa"/>
              <w:right w:w="80" w:type="dxa"/>
            </w:tcMar>
          </w:tcPr>
          <w:p w14:paraId="039DAB4D" w14:textId="77777777" w:rsidR="00CE09A5" w:rsidRDefault="00940C04">
            <w:r>
              <w:rPr>
                <w:sz w:val="18"/>
              </w:rPr>
              <w:t>Click or tap</w:t>
            </w:r>
          </w:p>
        </w:tc>
      </w:tr>
      <w:tr w:rsidR="00CE09A5" w14:paraId="78D152F3" w14:textId="77777777">
        <w:trPr>
          <w:jc w:val="center"/>
        </w:trPr>
        <w:tc>
          <w:tcPr>
            <w:tcW w:w="3324" w:type="dxa"/>
            <w:tcMar>
              <w:top w:w="70" w:type="dxa"/>
              <w:left w:w="80" w:type="dxa"/>
              <w:bottom w:w="70" w:type="dxa"/>
              <w:right w:w="80" w:type="dxa"/>
            </w:tcMar>
          </w:tcPr>
          <w:p w14:paraId="5FA29256" w14:textId="77777777" w:rsidR="00CE09A5" w:rsidRDefault="00940C04">
            <w:r>
              <w:rPr>
                <w:sz w:val="18"/>
              </w:rPr>
              <w:t>Click or tap</w:t>
            </w:r>
          </w:p>
        </w:tc>
        <w:tc>
          <w:tcPr>
            <w:tcW w:w="3324" w:type="dxa"/>
            <w:tcMar>
              <w:top w:w="70" w:type="dxa"/>
              <w:left w:w="80" w:type="dxa"/>
              <w:bottom w:w="70" w:type="dxa"/>
              <w:right w:w="80" w:type="dxa"/>
            </w:tcMar>
          </w:tcPr>
          <w:p w14:paraId="7AD4CA26" w14:textId="77777777" w:rsidR="00CE09A5" w:rsidRDefault="00940C04">
            <w:r>
              <w:rPr>
                <w:sz w:val="18"/>
              </w:rPr>
              <w:t>Click or tap</w:t>
            </w:r>
          </w:p>
        </w:tc>
        <w:tc>
          <w:tcPr>
            <w:tcW w:w="3324" w:type="dxa"/>
            <w:tcMar>
              <w:top w:w="70" w:type="dxa"/>
              <w:left w:w="80" w:type="dxa"/>
              <w:bottom w:w="70" w:type="dxa"/>
              <w:right w:w="80" w:type="dxa"/>
            </w:tcMar>
          </w:tcPr>
          <w:p w14:paraId="505C1CFF" w14:textId="77777777" w:rsidR="00CE09A5" w:rsidRDefault="00940C04">
            <w:r>
              <w:rPr>
                <w:sz w:val="18"/>
              </w:rPr>
              <w:t>Click or tap</w:t>
            </w:r>
          </w:p>
        </w:tc>
      </w:tr>
    </w:tbl>
    <w:p w14:paraId="11683F33" w14:textId="355AB93E" w:rsidR="00CE09A5" w:rsidRDefault="00CE09A5">
      <w:pPr>
        <w:jc w:val="right"/>
      </w:pPr>
    </w:p>
    <w:tbl>
      <w:tblPr>
        <w:tblStyle w:val="TabelacomGrelha"/>
        <w:tblW w:w="10060" w:type="dxa"/>
        <w:jc w:val="center"/>
        <w:tblLook w:val="04A0" w:firstRow="1" w:lastRow="0" w:firstColumn="1" w:lastColumn="0" w:noHBand="0" w:noVBand="1"/>
      </w:tblPr>
      <w:tblGrid>
        <w:gridCol w:w="10060"/>
      </w:tblGrid>
      <w:tr w:rsidR="00CE09A5" w14:paraId="52D59249" w14:textId="77777777" w:rsidTr="00F31A88">
        <w:trPr>
          <w:jc w:val="center"/>
        </w:trPr>
        <w:tc>
          <w:tcPr>
            <w:tcW w:w="10060" w:type="dxa"/>
            <w:shd w:val="clear" w:color="auto" w:fill="9C0006"/>
            <w:tcMar>
              <w:top w:w="110" w:type="dxa"/>
              <w:left w:w="80" w:type="dxa"/>
              <w:bottom w:w="110" w:type="dxa"/>
              <w:right w:w="80" w:type="dxa"/>
            </w:tcMar>
          </w:tcPr>
          <w:p w14:paraId="1784768F" w14:textId="77777777" w:rsidR="00CE09A5" w:rsidRDefault="00940C04">
            <w:pPr>
              <w:jc w:val="center"/>
            </w:pPr>
            <w:bookmarkStart w:id="3" w:name="checklist"/>
            <w:r>
              <w:rPr>
                <w:b/>
                <w:color w:val="FFFFFF"/>
                <w:sz w:val="28"/>
              </w:rPr>
              <w:t>3. SELF-VERIFICATION CHECKLIST</w:t>
            </w:r>
            <w:bookmarkEnd w:id="3"/>
          </w:p>
          <w:p w14:paraId="4FC4FAC7" w14:textId="77777777" w:rsidR="00CE09A5" w:rsidRDefault="00940C04">
            <w:pPr>
              <w:jc w:val="center"/>
            </w:pPr>
            <w:r>
              <w:rPr>
                <w:color w:val="FFFFFF"/>
              </w:rPr>
              <w:t>Final confirmation before submission</w:t>
            </w:r>
          </w:p>
        </w:tc>
      </w:tr>
      <w:tr w:rsidR="00CE09A5" w14:paraId="22EEF429" w14:textId="77777777" w:rsidTr="00F31A88">
        <w:tblPrEx>
          <w:jc w:val="left"/>
        </w:tblPrEx>
        <w:tc>
          <w:tcPr>
            <w:tcW w:w="10060" w:type="dxa"/>
            <w:shd w:val="clear" w:color="auto" w:fill="F7E8E9"/>
            <w:tcMar>
              <w:top w:w="90" w:type="dxa"/>
              <w:left w:w="110" w:type="dxa"/>
              <w:bottom w:w="90" w:type="dxa"/>
              <w:right w:w="110" w:type="dxa"/>
            </w:tcMar>
          </w:tcPr>
          <w:p w14:paraId="6659ED3C" w14:textId="77777777" w:rsidR="00CE09A5" w:rsidRDefault="00940C04">
            <w:r>
              <w:rPr>
                <w:b/>
              </w:rPr>
              <w:t xml:space="preserve">Note: </w:t>
            </w:r>
            <w:r>
              <w:t>identification, authorship, affiliations, contributions and statement data are not repeated in this section; they must be checked in Sections 1 and 2 of this document.</w:t>
            </w:r>
          </w:p>
        </w:tc>
      </w:tr>
    </w:tbl>
    <w:p w14:paraId="441988CF" w14:textId="77777777" w:rsidR="00CE09A5" w:rsidRDefault="00940C04">
      <w:pPr>
        <w:pStyle w:val="RIISH1"/>
      </w:pPr>
      <w:r>
        <w:t>3.1. Manuscript type and files</w:t>
      </w:r>
    </w:p>
    <w:p w14:paraId="22A244B8" w14:textId="7F9B31CE" w:rsidR="00CE09A5" w:rsidRDefault="00000000">
      <w:pPr>
        <w:ind w:left="85"/>
      </w:pPr>
      <w:sdt>
        <w:sdtPr>
          <w:rPr>
            <w:color w:val="9C0006"/>
          </w:rPr>
          <w:id w:val="-280728369"/>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t xml:space="preserve"> The manuscript type has been correctly indicated on the Title Page and in OJS.</w:t>
      </w:r>
    </w:p>
    <w:p w14:paraId="46330050" w14:textId="66C0B03F" w:rsidR="00CE09A5" w:rsidRDefault="00000000">
      <w:pPr>
        <w:ind w:left="85"/>
      </w:pPr>
      <w:sdt>
        <w:sdtPr>
          <w:rPr>
            <w:color w:val="9C0006"/>
          </w:rPr>
          <w:id w:val="2054420903"/>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404F31">
        <w:t xml:space="preserve"> The anonymised manuscript has been prepared in accordance with the RIIS template.</w:t>
      </w:r>
    </w:p>
    <w:p w14:paraId="2D9FE31E" w14:textId="7B7A045A" w:rsidR="00CE09A5" w:rsidRDefault="00000000">
      <w:pPr>
        <w:ind w:left="85"/>
      </w:pPr>
      <w:sdt>
        <w:sdtPr>
          <w:rPr>
            <w:color w:val="9C0006"/>
          </w:rPr>
          <w:id w:val="-1985840299"/>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404F31">
        <w:t xml:space="preserve"> This single document has been completed in full and signed.</w:t>
      </w:r>
    </w:p>
    <w:p w14:paraId="69D8B882" w14:textId="1967D013" w:rsidR="00CE09A5" w:rsidRDefault="00000000">
      <w:pPr>
        <w:ind w:left="85"/>
      </w:pPr>
      <w:sdt>
        <w:sdtPr>
          <w:rPr>
            <w:color w:val="9C0006"/>
          </w:rPr>
          <w:id w:val="1381363607"/>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404F31">
        <w:t xml:space="preserve"> The ethics committee approval or a justified waiver statement is available, where applicable.</w:t>
      </w:r>
    </w:p>
    <w:p w14:paraId="3A2B3F6C" w14:textId="0F851E70" w:rsidR="00CE09A5" w:rsidRDefault="00000000">
      <w:pPr>
        <w:ind w:left="85"/>
      </w:pPr>
      <w:sdt>
        <w:sdtPr>
          <w:rPr>
            <w:color w:val="9C0006"/>
          </w:rPr>
          <w:id w:val="152729968"/>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The informed consent or consent for publication documentation is available, where applicable.</w:t>
      </w:r>
    </w:p>
    <w:p w14:paraId="282CF72A" w14:textId="77777777" w:rsidR="00CE09A5" w:rsidRDefault="00940C04">
      <w:pPr>
        <w:pStyle w:val="RIISH1"/>
      </w:pPr>
      <w:r>
        <w:t>3.2. Formatting</w:t>
      </w:r>
    </w:p>
    <w:p w14:paraId="6012D36F" w14:textId="7482319A" w:rsidR="00CE09A5" w:rsidRDefault="00000000">
      <w:pPr>
        <w:ind w:left="85"/>
      </w:pPr>
      <w:sdt>
        <w:sdtPr>
          <w:rPr>
            <w:color w:val="9C0006"/>
          </w:rPr>
          <w:id w:val="868340769"/>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404F31">
        <w:t xml:space="preserve"> The manuscript is in an editable Microsoft Word format.</w:t>
      </w:r>
    </w:p>
    <w:p w14:paraId="4D46269C" w14:textId="4933482C" w:rsidR="00CE09A5" w:rsidRDefault="00000000">
      <w:pPr>
        <w:ind w:left="85"/>
      </w:pPr>
      <w:sdt>
        <w:sdtPr>
          <w:rPr>
            <w:color w:val="9C0006"/>
          </w:rPr>
          <w:id w:val="-252059463"/>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It uses A4 page size, 2.5 cm margins, Calibri 11 font, 1.5-line spacing and justified text.</w:t>
      </w:r>
    </w:p>
    <w:p w14:paraId="17440DFC" w14:textId="75F5F11B" w:rsidR="00CE09A5" w:rsidRDefault="00000000">
      <w:pPr>
        <w:ind w:left="85"/>
      </w:pPr>
      <w:sdt>
        <w:sdtPr>
          <w:rPr>
            <w:color w:val="9C0006"/>
          </w:rPr>
          <w:id w:val="-973060447"/>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Pages and lines are numbered, and headings and subheadings are hierarchically organised.</w:t>
      </w:r>
    </w:p>
    <w:p w14:paraId="28D931D3" w14:textId="374B1CB9" w:rsidR="00CE09A5" w:rsidRDefault="00000000">
      <w:pPr>
        <w:ind w:left="85"/>
      </w:pPr>
      <w:sdt>
        <w:sdtPr>
          <w:rPr>
            <w:color w:val="9C0006"/>
          </w:rPr>
          <w:id w:val="255340553"/>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404F31">
        <w:t xml:space="preserve"> The manuscript does not exceed 15 pages, including references, tables and figures, unless otherwise specified by the Editorial Team.</w:t>
      </w:r>
    </w:p>
    <w:p w14:paraId="2F5924C0" w14:textId="51EEB0C5" w:rsidR="00CE09A5" w:rsidRDefault="00000000">
      <w:pPr>
        <w:ind w:left="85"/>
      </w:pPr>
      <w:sdt>
        <w:sdtPr>
          <w:rPr>
            <w:color w:val="9C0006"/>
          </w:rPr>
          <w:id w:val="-2120285685"/>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Abbreviations are defined at first use, and excessive formatting has been avoided.</w:t>
      </w:r>
    </w:p>
    <w:p w14:paraId="09E39CF7" w14:textId="77777777" w:rsidR="00CE09A5" w:rsidRDefault="00940C04">
      <w:pPr>
        <w:pStyle w:val="RIISH1"/>
      </w:pPr>
      <w:r>
        <w:lastRenderedPageBreak/>
        <w:t>3.3. Title, abstract and keywords</w:t>
      </w:r>
    </w:p>
    <w:p w14:paraId="7C096095" w14:textId="3396EFE5" w:rsidR="00CE09A5" w:rsidRDefault="00000000">
      <w:pPr>
        <w:ind w:left="85"/>
      </w:pPr>
      <w:sdt>
        <w:sdtPr>
          <w:rPr>
            <w:color w:val="9C0006"/>
          </w:rPr>
          <w:id w:val="1097993721"/>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The title is clear, informative and scientifically precise, reflects the content, contains no more than 12 words and is provided in Portuguese, English and Spanish.</w:t>
      </w:r>
    </w:p>
    <w:p w14:paraId="0ECB1E75" w14:textId="6A183C43" w:rsidR="00CE09A5" w:rsidRDefault="00000000">
      <w:pPr>
        <w:ind w:left="85"/>
      </w:pPr>
      <w:sdt>
        <w:sdtPr>
          <w:rPr>
            <w:color w:val="9C0006"/>
          </w:rPr>
          <w:id w:val="1990985786"/>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The abstract contains no more than 200 words, is provided in Portuguese, English and Spanish, and includes the introduction, objective, method, results and conclusion.</w:t>
      </w:r>
    </w:p>
    <w:p w14:paraId="215C1864" w14:textId="3D2CE237" w:rsidR="00CE09A5" w:rsidRDefault="00000000">
      <w:pPr>
        <w:ind w:left="85"/>
      </w:pPr>
      <w:sdt>
        <w:sdtPr>
          <w:rPr>
            <w:color w:val="9C0006"/>
          </w:rPr>
          <w:id w:val="-1622445009"/>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No more than four keywords are provided in each language, preferably selected from the DeCS and/or MeSH vocabularies.</w:t>
      </w:r>
    </w:p>
    <w:p w14:paraId="65207C68" w14:textId="77777777" w:rsidR="00CE09A5" w:rsidRDefault="00940C04">
      <w:pPr>
        <w:pStyle w:val="RIISH1"/>
      </w:pPr>
      <w:r>
        <w:t>3.4. Structure and scientific quality</w:t>
      </w:r>
    </w:p>
    <w:p w14:paraId="2A5197F2" w14:textId="297C76E1" w:rsidR="00CE09A5" w:rsidRDefault="00000000">
      <w:pPr>
        <w:ind w:left="85"/>
      </w:pPr>
      <w:sdt>
        <w:sdtPr>
          <w:rPr>
            <w:color w:val="9C0006"/>
          </w:rPr>
          <w:id w:val="-1281723427"/>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The structure corresponds to the manuscript type.</w:t>
      </w:r>
    </w:p>
    <w:p w14:paraId="173EE38D" w14:textId="46186903" w:rsidR="00CE09A5" w:rsidRDefault="00000000">
      <w:pPr>
        <w:ind w:left="85"/>
      </w:pPr>
      <w:sdt>
        <w:sdtPr>
          <w:rPr>
            <w:color w:val="9C0006"/>
          </w:rPr>
          <w:id w:val="-1045445405"/>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Research articles include: Title; Abstract; Keywords; Introduction; Method; Results; Discussion; Conclusion; Conflicts of interest; Funding, where applicable; Acknowledgements, where applicable; References.</w:t>
      </w:r>
    </w:p>
    <w:p w14:paraId="62AC5A62" w14:textId="550C3300" w:rsidR="00CE09A5" w:rsidRDefault="00000000">
      <w:pPr>
        <w:ind w:left="85"/>
      </w:pPr>
      <w:sdt>
        <w:sdtPr>
          <w:rPr>
            <w:color w:val="9C0006"/>
          </w:rPr>
          <w:id w:val="-1712107832"/>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The introduction presents the problem, the current state of knowledge, the scientific and professional relevance, and the research objective or question.</w:t>
      </w:r>
    </w:p>
    <w:p w14:paraId="09144A5B" w14:textId="0D342CDA" w:rsidR="00CE09A5" w:rsidRDefault="00000000">
      <w:pPr>
        <w:ind w:left="85"/>
      </w:pPr>
      <w:sdt>
        <w:sdtPr>
          <w:rPr>
            <w:color w:val="9C0006"/>
          </w:rPr>
          <w:id w:val="1465615045"/>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The method describes the design, setting, participants, criteria, instruments, procedures, analysis and ethical considerations.</w:t>
      </w:r>
    </w:p>
    <w:p w14:paraId="6A7535FC" w14:textId="3D8C8DE0" w:rsidR="00CE09A5" w:rsidRDefault="00000000">
      <w:pPr>
        <w:ind w:left="85"/>
      </w:pPr>
      <w:sdt>
        <w:sdtPr>
          <w:rPr>
            <w:color w:val="9C0006"/>
          </w:rPr>
          <w:id w:val="306520633"/>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404F31">
        <w:t xml:space="preserve"> The results, discussion and conclusion are consistent with the study objectives and methods.</w:t>
      </w:r>
    </w:p>
    <w:p w14:paraId="2DA4F5D7" w14:textId="77777777" w:rsidR="00CE09A5" w:rsidRDefault="00940C04">
      <w:pPr>
        <w:pStyle w:val="RIISH1"/>
      </w:pPr>
      <w:r>
        <w:t>3.5. Ethics and transparency</w:t>
      </w:r>
    </w:p>
    <w:p w14:paraId="2C780529" w14:textId="265B45D3" w:rsidR="00CE09A5" w:rsidRDefault="00000000">
      <w:pPr>
        <w:ind w:left="85"/>
      </w:pPr>
      <w:sdt>
        <w:sdtPr>
          <w:rPr>
            <w:color w:val="9C0006"/>
          </w:rPr>
          <w:id w:val="-1012058925"/>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404F31">
        <w:t xml:space="preserve"> All applicable requirements for ethics approval, informed consent and consent for publication have been met.</w:t>
      </w:r>
    </w:p>
    <w:p w14:paraId="136AB763" w14:textId="4FED68CB" w:rsidR="00CE09A5" w:rsidRDefault="00000000">
      <w:pPr>
        <w:ind w:left="85"/>
      </w:pPr>
      <w:sdt>
        <w:sdtPr>
          <w:rPr>
            <w:color w:val="9C0006"/>
          </w:rPr>
          <w:id w:val="429390292"/>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Author contributions have been declared according to the 14 roles of the CRediT taxonomy.</w:t>
      </w:r>
    </w:p>
    <w:p w14:paraId="0009FB01" w14:textId="4F567EF1" w:rsidR="00CE09A5" w:rsidRDefault="00000000">
      <w:pPr>
        <w:ind w:left="85"/>
      </w:pPr>
      <w:sdt>
        <w:sdtPr>
          <w:rPr>
            <w:color w:val="9C0006"/>
          </w:rPr>
          <w:id w:val="205842371"/>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Conflicts of interest, funding, acknowledgements, data availability and the use of artificial intelligence have been declared, where applicable.</w:t>
      </w:r>
    </w:p>
    <w:p w14:paraId="19EF0505" w14:textId="77777777" w:rsidR="00CE09A5" w:rsidRDefault="00940C04">
      <w:pPr>
        <w:pStyle w:val="RIISH1"/>
      </w:pPr>
      <w:r>
        <w:t>3.6. Tables, figures and references</w:t>
      </w:r>
    </w:p>
    <w:p w14:paraId="01A05861" w14:textId="44ABEADE" w:rsidR="00CE09A5" w:rsidRDefault="00000000">
      <w:pPr>
        <w:ind w:left="85"/>
      </w:pPr>
      <w:sdt>
        <w:sdtPr>
          <w:rPr>
            <w:color w:val="9C0006"/>
          </w:rPr>
          <w:id w:val="-855110530"/>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Tables and figures are numbered, have a title or caption, are cited in the text, define abbreviations and indicate the source and applicable permissions.</w:t>
      </w:r>
    </w:p>
    <w:p w14:paraId="7F6B2DE9" w14:textId="7A3AB024" w:rsidR="00CE09A5" w:rsidRDefault="00000000">
      <w:pPr>
        <w:ind w:left="85"/>
      </w:pPr>
      <w:sdt>
        <w:sdtPr>
          <w:rPr>
            <w:color w:val="9C0006"/>
          </w:rPr>
          <w:id w:val="2109001868"/>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Citations and references comply with APA Style, 7th edition.</w:t>
      </w:r>
    </w:p>
    <w:p w14:paraId="4DCD45E4" w14:textId="6ED8E0DA" w:rsidR="00CE09A5" w:rsidRDefault="00000000">
      <w:pPr>
        <w:ind w:left="85"/>
      </w:pPr>
      <w:sdt>
        <w:sdtPr>
          <w:rPr>
            <w:color w:val="9C0006"/>
          </w:rPr>
          <w:id w:val="-1973812423"/>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References are relevant, current, complete, verifiable, appropriate and diverse, with priority given to primary sources.</w:t>
      </w:r>
    </w:p>
    <w:p w14:paraId="56FF0D93" w14:textId="1763DF2A" w:rsidR="00CE09A5" w:rsidRDefault="00000000">
      <w:pPr>
        <w:ind w:left="85"/>
      </w:pPr>
      <w:sdt>
        <w:sdtPr>
          <w:rPr>
            <w:color w:val="9C0006"/>
          </w:rPr>
          <w:id w:val="1200198831"/>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404F31">
        <w:t xml:space="preserve"> The DOI is included whenever available, in the format https://doi.org/xxxxx.</w:t>
      </w:r>
    </w:p>
    <w:p w14:paraId="11B8A0C3" w14:textId="3315B3A3" w:rsidR="00CE09A5" w:rsidRDefault="00000000">
      <w:pPr>
        <w:ind w:left="85"/>
      </w:pPr>
      <w:sdt>
        <w:sdtPr>
          <w:rPr>
            <w:color w:val="9C0006"/>
          </w:rPr>
          <w:id w:val="-122081894"/>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The number of references is proportionate to the topic, methodology and manuscript type.</w:t>
      </w:r>
    </w:p>
    <w:p w14:paraId="72FC22F1" w14:textId="53C2FF96" w:rsidR="00CE09A5" w:rsidRDefault="00000000">
      <w:pPr>
        <w:ind w:left="85"/>
      </w:pPr>
      <w:sdt>
        <w:sdtPr>
          <w:rPr>
            <w:color w:val="9C0006"/>
          </w:rPr>
          <w:id w:val="1461074460"/>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Articles published in RIIS have been cited whenever relevant to the manuscript.</w:t>
      </w:r>
    </w:p>
    <w:p w14:paraId="4DD56A0A" w14:textId="77777777" w:rsidR="00CE09A5" w:rsidRDefault="00940C04">
      <w:pPr>
        <w:pStyle w:val="RIISH1"/>
      </w:pPr>
      <w:r>
        <w:t>3.7. Languages and submission in OJS</w:t>
      </w:r>
    </w:p>
    <w:p w14:paraId="0F51F074" w14:textId="4D70215E" w:rsidR="00CE09A5" w:rsidRDefault="00000000">
      <w:pPr>
        <w:ind w:left="85"/>
      </w:pPr>
      <w:sdt>
        <w:sdtPr>
          <w:rPr>
            <w:color w:val="9C0006"/>
          </w:rPr>
          <w:id w:val="1713154757"/>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The title, abstract and keywords have been entered in OJS in Portuguese, English and Spanish.</w:t>
      </w:r>
    </w:p>
    <w:p w14:paraId="55825E6B" w14:textId="7F710480" w:rsidR="00CE09A5" w:rsidRDefault="00000000">
      <w:pPr>
        <w:ind w:left="85"/>
      </w:pPr>
      <w:sdt>
        <w:sdtPr>
          <w:rPr>
            <w:color w:val="9C0006"/>
          </w:rPr>
          <w:id w:val="1277984989"/>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The metadata for all authors match the information on the Title Page.</w:t>
      </w:r>
    </w:p>
    <w:p w14:paraId="056D0544" w14:textId="49AB6133" w:rsidR="00CE09A5" w:rsidRDefault="00000000">
      <w:pPr>
        <w:ind w:left="85"/>
      </w:pPr>
      <w:sdt>
        <w:sdtPr>
          <w:rPr>
            <w:color w:val="9C0006"/>
          </w:rPr>
          <w:id w:val="1917581553"/>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The file submitted for review contains no information that could identify the authors or institutions.</w:t>
      </w:r>
    </w:p>
    <w:p w14:paraId="426FC5BD" w14:textId="1A1B6B26" w:rsidR="00CE09A5" w:rsidRDefault="00000000">
      <w:pPr>
        <w:ind w:left="85"/>
      </w:pPr>
      <w:sdt>
        <w:sdtPr>
          <w:rPr>
            <w:color w:val="9C0006"/>
          </w:rPr>
          <w:id w:val="1969077392"/>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All files have been clearly named and uploaded under the correct category.</w:t>
      </w:r>
    </w:p>
    <w:p w14:paraId="5501BACD" w14:textId="21193582" w:rsidR="00CE09A5" w:rsidRDefault="00000000">
      <w:pPr>
        <w:ind w:left="85"/>
      </w:pPr>
      <w:sdt>
        <w:sdtPr>
          <w:rPr>
            <w:color w:val="9C0006"/>
          </w:rPr>
          <w:id w:val="-2137089330"/>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A final check has been completed before finishing the submission.</w:t>
      </w:r>
    </w:p>
    <w:p w14:paraId="3E682DD4" w14:textId="77777777" w:rsidR="00CE09A5" w:rsidRDefault="00940C04">
      <w:pPr>
        <w:pStyle w:val="RIISH1"/>
      </w:pPr>
      <w:r>
        <w:t>3.8. Final confirmation</w:t>
      </w:r>
    </w:p>
    <w:tbl>
      <w:tblPr>
        <w:tblStyle w:val="TabelacomGrelha"/>
        <w:tblW w:w="0" w:type="auto"/>
        <w:jc w:val="center"/>
        <w:tblLook w:val="04A0" w:firstRow="1" w:lastRow="0" w:firstColumn="1" w:lastColumn="0" w:noHBand="0" w:noVBand="1"/>
      </w:tblPr>
      <w:tblGrid>
        <w:gridCol w:w="3117"/>
        <w:gridCol w:w="6845"/>
      </w:tblGrid>
      <w:tr w:rsidR="00CE09A5" w14:paraId="3B603AEA" w14:textId="77777777" w:rsidTr="008F3A58">
        <w:trPr>
          <w:jc w:val="center"/>
        </w:trPr>
        <w:tc>
          <w:tcPr>
            <w:tcW w:w="3119" w:type="dxa"/>
            <w:shd w:val="clear" w:color="auto" w:fill="F2F2F2"/>
            <w:tcMar>
              <w:top w:w="70" w:type="dxa"/>
              <w:left w:w="90" w:type="dxa"/>
              <w:bottom w:w="70" w:type="dxa"/>
              <w:right w:w="90" w:type="dxa"/>
            </w:tcMar>
            <w:vAlign w:val="center"/>
          </w:tcPr>
          <w:p w14:paraId="3DB2F24F" w14:textId="77777777" w:rsidR="00CE09A5" w:rsidRDefault="00940C04">
            <w:pPr>
              <w:spacing w:after="0"/>
            </w:pPr>
            <w:r>
              <w:rPr>
                <w:b/>
                <w:sz w:val="18"/>
              </w:rPr>
              <w:t>Corresponding author</w:t>
            </w:r>
          </w:p>
        </w:tc>
        <w:tc>
          <w:tcPr>
            <w:tcW w:w="6853" w:type="dxa"/>
            <w:tcMar>
              <w:top w:w="70" w:type="dxa"/>
              <w:left w:w="90" w:type="dxa"/>
              <w:bottom w:w="70" w:type="dxa"/>
              <w:right w:w="90" w:type="dxa"/>
            </w:tcMar>
            <w:vAlign w:val="center"/>
          </w:tcPr>
          <w:p w14:paraId="1506A7CE" w14:textId="77777777" w:rsidR="00CE09A5" w:rsidRDefault="00940C04">
            <w:pPr>
              <w:spacing w:after="0"/>
            </w:pPr>
            <w:r>
              <w:rPr>
                <w:sz w:val="18"/>
              </w:rPr>
              <w:t>Click or tap to enter the name</w:t>
            </w:r>
          </w:p>
        </w:tc>
      </w:tr>
      <w:tr w:rsidR="00CE09A5" w14:paraId="0E5AE7C1" w14:textId="77777777" w:rsidTr="008F3A58">
        <w:trPr>
          <w:jc w:val="center"/>
        </w:trPr>
        <w:tc>
          <w:tcPr>
            <w:tcW w:w="3119" w:type="dxa"/>
            <w:shd w:val="clear" w:color="auto" w:fill="F2F2F2"/>
            <w:tcMar>
              <w:top w:w="70" w:type="dxa"/>
              <w:left w:w="90" w:type="dxa"/>
              <w:bottom w:w="70" w:type="dxa"/>
              <w:right w:w="90" w:type="dxa"/>
            </w:tcMar>
            <w:vAlign w:val="center"/>
          </w:tcPr>
          <w:p w14:paraId="75C0FBDF" w14:textId="77777777" w:rsidR="00CE09A5" w:rsidRDefault="00940C04">
            <w:pPr>
              <w:spacing w:after="0"/>
            </w:pPr>
            <w:r>
              <w:rPr>
                <w:b/>
                <w:sz w:val="18"/>
              </w:rPr>
              <w:t>Date</w:t>
            </w:r>
          </w:p>
        </w:tc>
        <w:tc>
          <w:tcPr>
            <w:tcW w:w="6853" w:type="dxa"/>
            <w:tcMar>
              <w:top w:w="70" w:type="dxa"/>
              <w:left w:w="90" w:type="dxa"/>
              <w:bottom w:w="70" w:type="dxa"/>
              <w:right w:w="90" w:type="dxa"/>
            </w:tcMar>
            <w:vAlign w:val="center"/>
          </w:tcPr>
          <w:p w14:paraId="078B8430" w14:textId="77777777" w:rsidR="00CE09A5" w:rsidRDefault="00940C04">
            <w:pPr>
              <w:spacing w:after="0"/>
            </w:pPr>
            <w:r>
              <w:rPr>
                <w:sz w:val="18"/>
              </w:rPr>
              <w:t>dd/mm/yyyy</w:t>
            </w:r>
          </w:p>
        </w:tc>
      </w:tr>
    </w:tbl>
    <w:p w14:paraId="50798113" w14:textId="733F9578" w:rsidR="00CE09A5" w:rsidRDefault="00000000">
      <w:pPr>
        <w:ind w:left="85"/>
      </w:pPr>
      <w:sdt>
        <w:sdtPr>
          <w:rPr>
            <w:color w:val="9C0006"/>
          </w:rPr>
          <w:id w:val="-1032729511"/>
          <w14:checkbox>
            <w14:checked w14:val="0"/>
            <w14:checkedState w14:val="2612" w14:font="MS Gothic"/>
            <w14:uncheckedState w14:val="2610" w14:font="MS Gothic"/>
          </w14:checkbox>
        </w:sdtPr>
        <w:sdtContent>
          <w:r w:rsidR="00404F31">
            <w:rPr>
              <w:rFonts w:ascii="MS Gothic" w:eastAsia="MS Gothic" w:hAnsi="MS Gothic" w:hint="eastAsia"/>
              <w:color w:val="9C0006"/>
            </w:rPr>
            <w:t>☐</w:t>
          </w:r>
        </w:sdtContent>
      </w:sdt>
      <w:r w:rsidR="00940C04">
        <w:rPr>
          <w:color w:val="9C0006"/>
        </w:rPr>
        <w:t xml:space="preserve"> </w:t>
      </w:r>
      <w:r w:rsidR="00940C04">
        <w:t>I confirm that I have checked all applicable requirements and that the files are ready for submission.</w:t>
      </w:r>
    </w:p>
    <w:sectPr w:rsidR="00CE09A5" w:rsidSect="00F31A88">
      <w:headerReference w:type="even" r:id="rId8"/>
      <w:headerReference w:type="default" r:id="rId9"/>
      <w:footerReference w:type="even" r:id="rId10"/>
      <w:footerReference w:type="default" r:id="rId11"/>
      <w:headerReference w:type="first" r:id="rId12"/>
      <w:footerReference w:type="first" r:id="rId13"/>
      <w:pgSz w:w="12240" w:h="15840"/>
      <w:pgMar w:top="624" w:right="1134" w:bottom="567" w:left="1134" w:header="142"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5B902" w14:textId="77777777" w:rsidR="004915F5" w:rsidRDefault="004915F5">
      <w:pPr>
        <w:spacing w:after="0" w:line="240" w:lineRule="auto"/>
      </w:pPr>
      <w:r>
        <w:separator/>
      </w:r>
    </w:p>
  </w:endnote>
  <w:endnote w:type="continuationSeparator" w:id="0">
    <w:p w14:paraId="1618B42E" w14:textId="77777777" w:rsidR="004915F5" w:rsidRDefault="00491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BCB10" w14:textId="77777777" w:rsidR="00F31A88" w:rsidRDefault="00F31A8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CEA0" w14:textId="73A89D40" w:rsidR="00CE09A5" w:rsidRDefault="00940C04">
    <w:pPr>
      <w:pStyle w:val="Rodap"/>
      <w:jc w:val="center"/>
    </w:pPr>
    <w:r>
      <w:rPr>
        <w:color w:val="646464"/>
        <w:sz w:val="16"/>
      </w:rPr>
      <w:t xml:space="preserve">RIIS | Single Document for Author Submission | </w:t>
    </w:r>
    <w:r>
      <w:rPr>
        <w:color w:val="646464"/>
        <w:sz w:val="16"/>
      </w:rPr>
      <w:fldChar w:fldCharType="begin"/>
    </w:r>
    <w:r>
      <w:rPr>
        <w:color w:val="646464"/>
        <w:sz w:val="16"/>
      </w:rPr>
      <w:instrText>PAGE</w:instrText>
    </w:r>
    <w:r>
      <w:rPr>
        <w:color w:val="646464"/>
        <w:sz w:val="16"/>
      </w:rPr>
      <w:fldChar w:fldCharType="separate"/>
    </w:r>
    <w:r w:rsidR="00404F31">
      <w:rPr>
        <w:noProof/>
        <w:color w:val="646464"/>
        <w:sz w:val="16"/>
      </w:rPr>
      <w:t>1</w:t>
    </w:r>
    <w:r>
      <w:rPr>
        <w:color w:val="646464"/>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2F910" w14:textId="77777777" w:rsidR="00F31A88" w:rsidRDefault="00F31A8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1CC83" w14:textId="77777777" w:rsidR="004915F5" w:rsidRDefault="004915F5">
      <w:pPr>
        <w:spacing w:after="0" w:line="240" w:lineRule="auto"/>
      </w:pPr>
      <w:r>
        <w:separator/>
      </w:r>
    </w:p>
  </w:footnote>
  <w:footnote w:type="continuationSeparator" w:id="0">
    <w:p w14:paraId="579DC1FB" w14:textId="77777777" w:rsidR="004915F5" w:rsidRDefault="004915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A347F" w14:textId="77777777" w:rsidR="00F31A88" w:rsidRDefault="00F31A8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C8004" w14:textId="77777777" w:rsidR="00CE09A5" w:rsidRDefault="00CE09A5">
    <w:pPr>
      <w:pStyle w:val="Cabealho"/>
    </w:pPr>
  </w:p>
  <w:tbl>
    <w:tblPr>
      <w:tblW w:w="0" w:type="auto"/>
      <w:jc w:val="center"/>
      <w:tblLook w:val="04A0" w:firstRow="1" w:lastRow="0" w:firstColumn="1" w:lastColumn="0" w:noHBand="0" w:noVBand="1"/>
    </w:tblPr>
    <w:tblGrid>
      <w:gridCol w:w="3213"/>
      <w:gridCol w:w="3213"/>
      <w:gridCol w:w="3213"/>
    </w:tblGrid>
    <w:tr w:rsidR="00CE09A5" w14:paraId="6795E0B3" w14:textId="77777777">
      <w:trPr>
        <w:jc w:val="center"/>
      </w:trPr>
      <w:tc>
        <w:tcPr>
          <w:tcW w:w="3213" w:type="dxa"/>
          <w:tcMar>
            <w:top w:w="0" w:type="dxa"/>
            <w:left w:w="0" w:type="dxa"/>
            <w:bottom w:w="0" w:type="dxa"/>
            <w:right w:w="0" w:type="dxa"/>
          </w:tcMar>
          <w:vAlign w:val="center"/>
        </w:tcPr>
        <w:p w14:paraId="3627F35F" w14:textId="156E692B" w:rsidR="00CE09A5" w:rsidRDefault="00940C04">
          <w:pPr>
            <w:jc w:val="center"/>
          </w:pPr>
          <w:r>
            <w:rPr>
              <w:noProof/>
            </w:rPr>
            <w:drawing>
              <wp:inline distT="0" distB="0" distL="0" distR="0" wp14:anchorId="553E076F" wp14:editId="47B01300">
                <wp:extent cx="936000" cy="386724"/>
                <wp:effectExtent l="0" t="0" r="0" b="0"/>
                <wp:docPr id="1162726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stretch>
                          <a:fillRect/>
                        </a:stretch>
                      </pic:blipFill>
                      <pic:spPr>
                        <a:xfrm>
                          <a:off x="0" y="0"/>
                          <a:ext cx="936000" cy="386724"/>
                        </a:xfrm>
                        <a:prstGeom prst="rect">
                          <a:avLst/>
                        </a:prstGeom>
                      </pic:spPr>
                    </pic:pic>
                  </a:graphicData>
                </a:graphic>
              </wp:inline>
            </w:drawing>
          </w:r>
        </w:p>
      </w:tc>
      <w:tc>
        <w:tcPr>
          <w:tcW w:w="3213" w:type="dxa"/>
          <w:tcMar>
            <w:top w:w="0" w:type="dxa"/>
            <w:left w:w="0" w:type="dxa"/>
            <w:bottom w:w="0" w:type="dxa"/>
            <w:right w:w="0" w:type="dxa"/>
          </w:tcMar>
          <w:vAlign w:val="center"/>
        </w:tcPr>
        <w:p w14:paraId="35B04CCB" w14:textId="77777777" w:rsidR="00CE09A5" w:rsidRDefault="00940C04">
          <w:pPr>
            <w:jc w:val="center"/>
          </w:pPr>
          <w:r>
            <w:rPr>
              <w:noProof/>
            </w:rPr>
            <w:drawing>
              <wp:inline distT="0" distB="0" distL="0" distR="0" wp14:anchorId="48D5D37F" wp14:editId="4E1F8993">
                <wp:extent cx="540000" cy="519623"/>
                <wp:effectExtent l="0" t="0" r="0" b="0"/>
                <wp:docPr id="19180574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2"/>
                        <a:stretch>
                          <a:fillRect/>
                        </a:stretch>
                      </pic:blipFill>
                      <pic:spPr>
                        <a:xfrm>
                          <a:off x="0" y="0"/>
                          <a:ext cx="540000" cy="519623"/>
                        </a:xfrm>
                        <a:prstGeom prst="rect">
                          <a:avLst/>
                        </a:prstGeom>
                      </pic:spPr>
                    </pic:pic>
                  </a:graphicData>
                </a:graphic>
              </wp:inline>
            </w:drawing>
          </w:r>
        </w:p>
      </w:tc>
      <w:tc>
        <w:tcPr>
          <w:tcW w:w="3213" w:type="dxa"/>
          <w:tcMar>
            <w:top w:w="0" w:type="dxa"/>
            <w:left w:w="0" w:type="dxa"/>
            <w:bottom w:w="0" w:type="dxa"/>
            <w:right w:w="0" w:type="dxa"/>
          </w:tcMar>
          <w:vAlign w:val="center"/>
        </w:tcPr>
        <w:p w14:paraId="477ED3F3" w14:textId="77777777" w:rsidR="00CE09A5" w:rsidRDefault="00940C04">
          <w:pPr>
            <w:jc w:val="center"/>
          </w:pPr>
          <w:r>
            <w:rPr>
              <w:noProof/>
            </w:rPr>
            <w:drawing>
              <wp:inline distT="0" distB="0" distL="0" distR="0" wp14:anchorId="2AEDAF76" wp14:editId="7B70FA49">
                <wp:extent cx="503999" cy="566086"/>
                <wp:effectExtent l="0" t="0" r="0" b="0"/>
                <wp:docPr id="7292365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3"/>
                        <a:stretch>
                          <a:fillRect/>
                        </a:stretch>
                      </pic:blipFill>
                      <pic:spPr>
                        <a:xfrm>
                          <a:off x="0" y="0"/>
                          <a:ext cx="503999" cy="566086"/>
                        </a:xfrm>
                        <a:prstGeom prst="rect">
                          <a:avLst/>
                        </a:prstGeom>
                      </pic:spPr>
                    </pic:pic>
                  </a:graphicData>
                </a:graphic>
              </wp:inline>
            </w:drawing>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DC226" w14:textId="77777777" w:rsidR="00F31A88" w:rsidRDefault="00F31A8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mmarc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mmarc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mmarcas"/>
      <w:lvlText w:val=""/>
      <w:lvlJc w:val="left"/>
      <w:pPr>
        <w:tabs>
          <w:tab w:val="num" w:pos="360"/>
        </w:tabs>
        <w:ind w:left="360" w:hanging="360"/>
      </w:pPr>
      <w:rPr>
        <w:rFonts w:ascii="Symbol" w:hAnsi="Symbol" w:hint="default"/>
      </w:rPr>
    </w:lvl>
  </w:abstractNum>
  <w:num w:numId="1" w16cid:durableId="913050237">
    <w:abstractNumId w:val="8"/>
  </w:num>
  <w:num w:numId="2" w16cid:durableId="1841459495">
    <w:abstractNumId w:val="6"/>
  </w:num>
  <w:num w:numId="3" w16cid:durableId="1746222139">
    <w:abstractNumId w:val="5"/>
  </w:num>
  <w:num w:numId="4" w16cid:durableId="672727529">
    <w:abstractNumId w:val="4"/>
  </w:num>
  <w:num w:numId="5" w16cid:durableId="186990574">
    <w:abstractNumId w:val="7"/>
  </w:num>
  <w:num w:numId="6" w16cid:durableId="607928923">
    <w:abstractNumId w:val="3"/>
  </w:num>
  <w:num w:numId="7" w16cid:durableId="316110813">
    <w:abstractNumId w:val="2"/>
  </w:num>
  <w:num w:numId="8" w16cid:durableId="1538660931">
    <w:abstractNumId w:val="1"/>
  </w:num>
  <w:num w:numId="9" w16cid:durableId="2045783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4D6"/>
    <w:rsid w:val="0006063C"/>
    <w:rsid w:val="0015074B"/>
    <w:rsid w:val="001A4A63"/>
    <w:rsid w:val="0029639D"/>
    <w:rsid w:val="002E52F3"/>
    <w:rsid w:val="00326F90"/>
    <w:rsid w:val="00404F31"/>
    <w:rsid w:val="004915F5"/>
    <w:rsid w:val="007901AA"/>
    <w:rsid w:val="008F3A58"/>
    <w:rsid w:val="00940C04"/>
    <w:rsid w:val="00AA1D8D"/>
    <w:rsid w:val="00B47730"/>
    <w:rsid w:val="00CB0664"/>
    <w:rsid w:val="00CE09A5"/>
    <w:rsid w:val="00DD01A4"/>
    <w:rsid w:val="00F31A88"/>
    <w:rsid w:val="00FB0A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7673C0"/>
  <w14:defaultImageDpi w14:val="300"/>
  <w15:docId w15:val="{C0F4933B-678E-4EFE-ACED-4D44E5CE0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Calibri" w:hAnsi="Calibri"/>
      <w:sz w:val="19"/>
    </w:rPr>
  </w:style>
  <w:style w:type="paragraph" w:styleId="Ttulo1">
    <w:name w:val="heading 1"/>
    <w:basedOn w:val="Normal"/>
    <w:next w:val="Normal"/>
    <w:link w:val="Ttulo1Car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E618BF"/>
    <w:pPr>
      <w:tabs>
        <w:tab w:val="center" w:pos="4680"/>
        <w:tab w:val="right" w:pos="9360"/>
      </w:tabs>
      <w:spacing w:after="0" w:line="240" w:lineRule="auto"/>
    </w:pPr>
  </w:style>
  <w:style w:type="character" w:customStyle="1" w:styleId="CabealhoCarter">
    <w:name w:val="Cabeçalho Caráter"/>
    <w:basedOn w:val="Tipodeletrapredefinidodopargrafo"/>
    <w:link w:val="Cabealho"/>
    <w:uiPriority w:val="99"/>
    <w:rsid w:val="00E618BF"/>
  </w:style>
  <w:style w:type="paragraph" w:styleId="Rodap">
    <w:name w:val="footer"/>
    <w:basedOn w:val="Normal"/>
    <w:link w:val="RodapCarter"/>
    <w:uiPriority w:val="99"/>
    <w:unhideWhenUsed/>
    <w:rsid w:val="00E618BF"/>
    <w:pPr>
      <w:tabs>
        <w:tab w:val="center" w:pos="4680"/>
        <w:tab w:val="right" w:pos="9360"/>
      </w:tabs>
      <w:spacing w:after="0" w:line="240" w:lineRule="auto"/>
    </w:pPr>
  </w:style>
  <w:style w:type="character" w:customStyle="1" w:styleId="RodapCarter">
    <w:name w:val="Rodapé Caráter"/>
    <w:basedOn w:val="Tipodeletrapredefinidodopargraf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arter">
    <w:name w:val="Título 1 Caráter"/>
    <w:basedOn w:val="Tipodeletrapredefinidodopargraf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arter"/>
    <w:uiPriority w:val="99"/>
    <w:unhideWhenUsed/>
    <w:rsid w:val="00AA1D8D"/>
    <w:pPr>
      <w:spacing w:after="120"/>
    </w:pPr>
  </w:style>
  <w:style w:type="character" w:customStyle="1" w:styleId="CorpodetextoCarter">
    <w:name w:val="Corpo de texto Caráter"/>
    <w:basedOn w:val="Tipodeletrapredefinidodopargrafo"/>
    <w:link w:val="Corpodetexto"/>
    <w:uiPriority w:val="99"/>
    <w:rsid w:val="00AA1D8D"/>
  </w:style>
  <w:style w:type="paragraph" w:styleId="Corpodetexto2">
    <w:name w:val="Body Text 2"/>
    <w:basedOn w:val="Normal"/>
    <w:link w:val="Corpodetexto2Carter"/>
    <w:uiPriority w:val="99"/>
    <w:unhideWhenUsed/>
    <w:rsid w:val="00AA1D8D"/>
    <w:pPr>
      <w:spacing w:after="120" w:line="480" w:lineRule="auto"/>
    </w:pPr>
  </w:style>
  <w:style w:type="character" w:customStyle="1" w:styleId="Corpodetexto2Carter">
    <w:name w:val="Corpo de texto 2 Caráter"/>
    <w:basedOn w:val="Tipodeletrapredefinidodopargrafo"/>
    <w:link w:val="Corpodetexto2"/>
    <w:uiPriority w:val="99"/>
    <w:rsid w:val="00AA1D8D"/>
  </w:style>
  <w:style w:type="paragraph" w:styleId="Corpodetexto3">
    <w:name w:val="Body Text 3"/>
    <w:basedOn w:val="Normal"/>
    <w:link w:val="Corpodetexto3Carter"/>
    <w:uiPriority w:val="99"/>
    <w:unhideWhenUsed/>
    <w:rsid w:val="00AA1D8D"/>
    <w:pPr>
      <w:spacing w:after="120"/>
    </w:pPr>
    <w:rPr>
      <w:sz w:val="16"/>
      <w:szCs w:val="16"/>
    </w:rPr>
  </w:style>
  <w:style w:type="character" w:customStyle="1" w:styleId="Corpodetexto3Carter">
    <w:name w:val="Corpo de texto 3 Caráter"/>
    <w:basedOn w:val="Tipodeletrapredefinidodopargraf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mmarcas">
    <w:name w:val="List Bullet"/>
    <w:basedOn w:val="Normal"/>
    <w:uiPriority w:val="99"/>
    <w:unhideWhenUsed/>
    <w:rsid w:val="00326F90"/>
    <w:pPr>
      <w:numPr>
        <w:numId w:val="1"/>
      </w:numPr>
      <w:contextualSpacing/>
    </w:pPr>
  </w:style>
  <w:style w:type="paragraph" w:styleId="Listacommarcas2">
    <w:name w:val="List Bullet 2"/>
    <w:basedOn w:val="Normal"/>
    <w:uiPriority w:val="99"/>
    <w:unhideWhenUsed/>
    <w:rsid w:val="00326F90"/>
    <w:pPr>
      <w:numPr>
        <w:numId w:val="2"/>
      </w:numPr>
      <w:contextualSpacing/>
    </w:pPr>
  </w:style>
  <w:style w:type="paragraph" w:styleId="Listacommarcas3">
    <w:name w:val="List Bullet 3"/>
    <w:basedOn w:val="Normal"/>
    <w:uiPriority w:val="99"/>
    <w:unhideWhenUsed/>
    <w:rsid w:val="00326F90"/>
    <w:pPr>
      <w:numPr>
        <w:numId w:val="3"/>
      </w:numPr>
      <w:contextualSpacing/>
    </w:pPr>
  </w:style>
  <w:style w:type="paragraph" w:styleId="Listanumerada">
    <w:name w:val="List Number"/>
    <w:basedOn w:val="Normal"/>
    <w:uiPriority w:val="99"/>
    <w:unhideWhenUsed/>
    <w:rsid w:val="00326F90"/>
    <w:pPr>
      <w:numPr>
        <w:numId w:val="5"/>
      </w:numPr>
      <w:contextualSpacing/>
    </w:pPr>
  </w:style>
  <w:style w:type="paragraph" w:styleId="Listanumerada2">
    <w:name w:val="List Number 2"/>
    <w:basedOn w:val="Normal"/>
    <w:uiPriority w:val="99"/>
    <w:unhideWhenUsed/>
    <w:rsid w:val="0029639D"/>
    <w:pPr>
      <w:numPr>
        <w:numId w:val="6"/>
      </w:numPr>
      <w:contextualSpacing/>
    </w:pPr>
  </w:style>
  <w:style w:type="paragraph" w:styleId="Listanumerada3">
    <w:name w:val="List Number 3"/>
    <w:basedOn w:val="Normal"/>
    <w:uiPriority w:val="99"/>
    <w:unhideWhenUsed/>
    <w:rsid w:val="0029639D"/>
    <w:pPr>
      <w:numPr>
        <w:numId w:val="7"/>
      </w:numPr>
      <w:contextualSpacing/>
    </w:pPr>
  </w:style>
  <w:style w:type="paragraph" w:styleId="Listadecont">
    <w:name w:val="List Continue"/>
    <w:basedOn w:val="Normal"/>
    <w:uiPriority w:val="99"/>
    <w:unhideWhenUsed/>
    <w:rsid w:val="0029639D"/>
    <w:pPr>
      <w:spacing w:after="120"/>
      <w:ind w:left="360"/>
      <w:contextualSpacing/>
    </w:pPr>
  </w:style>
  <w:style w:type="paragraph" w:styleId="Listadecont2">
    <w:name w:val="List Continue 2"/>
    <w:basedOn w:val="Normal"/>
    <w:uiPriority w:val="99"/>
    <w:unhideWhenUsed/>
    <w:rsid w:val="0029639D"/>
    <w:pPr>
      <w:spacing w:after="120"/>
      <w:ind w:left="720"/>
      <w:contextualSpacing/>
    </w:pPr>
  </w:style>
  <w:style w:type="paragraph" w:styleId="Listadecont3">
    <w:name w:val="List Continue 3"/>
    <w:basedOn w:val="Normal"/>
    <w:uiPriority w:val="99"/>
    <w:unhideWhenUsed/>
    <w:rsid w:val="0029639D"/>
    <w:pPr>
      <w:spacing w:after="120"/>
      <w:ind w:left="1080"/>
      <w:contextualSpacing/>
    </w:pPr>
  </w:style>
  <w:style w:type="paragraph" w:styleId="Textodemacro">
    <w:name w:val="macro"/>
    <w:link w:val="TextodemacroCar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arter">
    <w:name w:val="Texto de macro Caráter"/>
    <w:basedOn w:val="Tipodeletrapredefinidodopargrafo"/>
    <w:link w:val="Textodemacro"/>
    <w:uiPriority w:val="99"/>
    <w:rsid w:val="0029639D"/>
    <w:rPr>
      <w:rFonts w:ascii="Courier" w:hAnsi="Courier"/>
      <w:sz w:val="20"/>
      <w:szCs w:val="20"/>
    </w:rPr>
  </w:style>
  <w:style w:type="paragraph" w:styleId="Citao">
    <w:name w:val="Quote"/>
    <w:basedOn w:val="Normal"/>
    <w:next w:val="Normal"/>
    <w:link w:val="CitaoCarter"/>
    <w:uiPriority w:val="29"/>
    <w:qFormat/>
    <w:rsid w:val="00FC693F"/>
    <w:rPr>
      <w:i/>
      <w:iCs/>
      <w:color w:val="000000" w:themeColor="text1"/>
    </w:rPr>
  </w:style>
  <w:style w:type="character" w:customStyle="1" w:styleId="CitaoCarter">
    <w:name w:val="Citação Caráter"/>
    <w:basedOn w:val="Tipodeletrapredefinidodopargrafo"/>
    <w:link w:val="Citao"/>
    <w:uiPriority w:val="29"/>
    <w:rsid w:val="00FC693F"/>
    <w:rPr>
      <w:i/>
      <w:iCs/>
      <w:color w:val="000000" w:themeColor="text1"/>
    </w:rPr>
  </w:style>
  <w:style w:type="character" w:customStyle="1" w:styleId="Ttulo4Carter">
    <w:name w:val="Título 4 Caráter"/>
    <w:basedOn w:val="Tipodeletrapredefinidodopargraf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ter">
    <w:name w:val="Título 9 Caráter"/>
    <w:basedOn w:val="Tipodeletrapredefinidodopargraf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Tipodeletrapredefinidodopargrafo"/>
    <w:uiPriority w:val="22"/>
    <w:qFormat/>
    <w:rsid w:val="00FC693F"/>
    <w:rPr>
      <w:b/>
      <w:bCs/>
    </w:rPr>
  </w:style>
  <w:style w:type="character" w:styleId="nfase">
    <w:name w:val="Emphasis"/>
    <w:basedOn w:val="Tipodeletrapredefinidodopargrafo"/>
    <w:uiPriority w:val="20"/>
    <w:qFormat/>
    <w:rsid w:val="00FC693F"/>
    <w:rPr>
      <w:i/>
      <w:iCs/>
    </w:rPr>
  </w:style>
  <w:style w:type="paragraph" w:styleId="CitaoIntensa">
    <w:name w:val="Intense Quote"/>
    <w:basedOn w:val="Normal"/>
    <w:next w:val="Normal"/>
    <w:link w:val="CitaoIntensaCar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FC693F"/>
    <w:rPr>
      <w:b/>
      <w:bCs/>
      <w:i/>
      <w:iCs/>
      <w:color w:val="4F81BD" w:themeColor="accent1"/>
    </w:rPr>
  </w:style>
  <w:style w:type="character" w:styleId="nfaseDiscreta">
    <w:name w:val="Subtle Emphasis"/>
    <w:basedOn w:val="Tipodeletrapredefinidodopargrafo"/>
    <w:uiPriority w:val="19"/>
    <w:qFormat/>
    <w:rsid w:val="00FC693F"/>
    <w:rPr>
      <w:i/>
      <w:iCs/>
      <w:color w:val="808080" w:themeColor="text1" w:themeTint="7F"/>
    </w:rPr>
  </w:style>
  <w:style w:type="character" w:styleId="nfaseIntensa">
    <w:name w:val="Intense Emphasis"/>
    <w:basedOn w:val="Tipodeletrapredefinidodopargrafo"/>
    <w:uiPriority w:val="21"/>
    <w:qFormat/>
    <w:rsid w:val="00FC693F"/>
    <w:rPr>
      <w:b/>
      <w:bCs/>
      <w:i/>
      <w:iCs/>
      <w:color w:val="4F81BD" w:themeColor="accent1"/>
    </w:rPr>
  </w:style>
  <w:style w:type="character" w:styleId="RefernciaDiscreta">
    <w:name w:val="Subtle Reference"/>
    <w:basedOn w:val="Tipodeletrapredefinidodopargrafo"/>
    <w:uiPriority w:val="31"/>
    <w:qFormat/>
    <w:rsid w:val="00FC693F"/>
    <w:rPr>
      <w:smallCaps/>
      <w:color w:val="C0504D" w:themeColor="accent2"/>
      <w:u w:val="single"/>
    </w:rPr>
  </w:style>
  <w:style w:type="character" w:styleId="RefernciaIntensa">
    <w:name w:val="Intense Reference"/>
    <w:basedOn w:val="Tipodeletrapredefinidodopargrafo"/>
    <w:uiPriority w:val="32"/>
    <w:qFormat/>
    <w:rsid w:val="00FC693F"/>
    <w:rPr>
      <w:b/>
      <w:bCs/>
      <w:smallCaps/>
      <w:color w:val="C0504D" w:themeColor="accent2"/>
      <w:spacing w:val="5"/>
      <w:u w:val="single"/>
    </w:rPr>
  </w:style>
  <w:style w:type="character" w:styleId="TtulodoLivro">
    <w:name w:val="Book Title"/>
    <w:basedOn w:val="Tipodeletrapredefinidodopargrafo"/>
    <w:uiPriority w:val="33"/>
    <w:qFormat/>
    <w:rsid w:val="00FC693F"/>
    <w:rPr>
      <w:b/>
      <w:bCs/>
      <w:smallCaps/>
      <w:spacing w:val="5"/>
    </w:rPr>
  </w:style>
  <w:style w:type="paragraph" w:styleId="Cabealhodondice">
    <w:name w:val="TOC Heading"/>
    <w:basedOn w:val="Ttulo1"/>
    <w:next w:val="Normal"/>
    <w:uiPriority w:val="39"/>
    <w:semiHidden/>
    <w:unhideWhenUsed/>
    <w:qFormat/>
    <w:rsid w:val="00FC693F"/>
    <w:pPr>
      <w:outlineLvl w:val="9"/>
    </w:pPr>
  </w:style>
  <w:style w:type="table" w:styleId="TabelacomGrelha">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Cor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Cor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Cor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Cor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Cor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Cor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elha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elhaMdia2-Cor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elhaMdia2-Cor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elhaMdia2-Cor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elhaMdia2-Cor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elhaMdia2-Cor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elhaMdia2-Cor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ISH1">
    <w:name w:val="RIIS H1"/>
    <w:pPr>
      <w:keepNext/>
      <w:spacing w:before="120" w:after="60"/>
    </w:pPr>
    <w:rPr>
      <w:rFonts w:ascii="Calibri" w:hAnsi="Calibri"/>
      <w:b/>
      <w:color w:val="9C0006"/>
      <w:sz w:val="26"/>
    </w:rPr>
  </w:style>
  <w:style w:type="paragraph" w:customStyle="1" w:styleId="RIISH2">
    <w:name w:val="RIIS H2"/>
    <w:pPr>
      <w:keepNext/>
      <w:spacing w:before="120" w:after="60"/>
    </w:pPr>
    <w:rPr>
      <w:rFonts w:ascii="Calibri" w:hAnsi="Calibri"/>
      <w:b/>
      <w:color w:val="9C0006"/>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2036b4c1-6743-4125-b28d-e58563934327}" enabled="0" method="" siteId="{2036b4c1-6743-4125-b28d-e58563934327}"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1663</Words>
  <Characters>8985</Characters>
  <Application>Microsoft Office Word</Application>
  <DocSecurity>0</DocSecurity>
  <Lines>74</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RIIS - Documento Único para Submissão de Autores</vt:lpstr>
      <vt:lpstr/>
    </vt:vector>
  </TitlesOfParts>
  <Manager/>
  <Company/>
  <LinksUpToDate>false</LinksUpToDate>
  <CharactersWithSpaces>10627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 - Single Document for Author Submission</dc:title>
  <dc:subject/>
  <dc:creator>python-docx</dc:creator>
  <cp:keywords/>
  <dc:description>generated by python-docx</dc:description>
  <cp:lastModifiedBy>SDIB</cp:lastModifiedBy>
  <cp:revision>3</cp:revision>
  <dcterms:created xsi:type="dcterms:W3CDTF">2026-07-28T08:50:00Z</dcterms:created>
  <dcterms:modified xsi:type="dcterms:W3CDTF">2026-07-28T09:21:00Z</dcterms:modified>
  <cp:category/>
</cp:coreProperties>
</file>