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CE09A5" w14:paraId="3DC37456" w14:textId="77777777">
        <w:trPr>
          <w:jc w:val="center"/>
        </w:trPr>
        <w:tc>
          <w:tcPr>
            <w:tcW w:w="9972" w:type="dxa"/>
            <w:shd w:val="clear" w:color="auto" w:fill="9C0006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57AB335E" w14:textId="77777777" w:rsidR="00CE09A5" w:rsidRDefault="00940C04">
            <w:pPr>
              <w:jc w:val="center"/>
            </w:pPr>
            <w:bookmarkStart w:id="0" w:name="topo"/>
            <w:r>
              <w:rPr>
                <w:b/>
                <w:color w:val="FFFFFF"/>
                <w:sz w:val="28"/>
              </w:rPr>
              <w:t>DOCUMENTO ÚNICO PARA SUBMISSÃO DE AUTORES</w:t>
            </w:r>
            <w:bookmarkEnd w:id="0"/>
          </w:p>
          <w:p w14:paraId="5DDE8C91" w14:textId="77777777" w:rsidR="00CE09A5" w:rsidRDefault="00940C04">
            <w:pPr>
              <w:jc w:val="center"/>
            </w:pPr>
            <w:r>
              <w:rPr>
                <w:color w:val="FFFFFF"/>
              </w:rPr>
              <w:t>Title Page | Declaração de Responsabilidade | Checklist</w:t>
            </w:r>
          </w:p>
        </w:tc>
      </w:tr>
    </w:tbl>
    <w:p w14:paraId="0E52E308" w14:textId="77777777" w:rsidR="00CE09A5" w:rsidRDefault="00940C04">
      <w:pPr>
        <w:jc w:val="center"/>
      </w:pPr>
      <w:r>
        <w:rPr>
          <w:b/>
          <w:color w:val="2D2D2D"/>
          <w:sz w:val="24"/>
        </w:rPr>
        <w:t>RIIS - Revista de Investigação &amp; Inovação em Saúde</w:t>
      </w:r>
    </w:p>
    <w:p w14:paraId="1CDC70F1" w14:textId="77777777" w:rsidR="00CE09A5" w:rsidRDefault="00940C04">
      <w:pPr>
        <w:jc w:val="center"/>
      </w:pPr>
      <w:proofErr w:type="spellStart"/>
      <w:r>
        <w:rPr>
          <w:i/>
        </w:rPr>
        <w:t>Documento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editável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reúne</w:t>
      </w:r>
      <w:proofErr w:type="spellEnd"/>
      <w:r>
        <w:rPr>
          <w:i/>
        </w:rPr>
        <w:t xml:space="preserve">, num </w:t>
      </w:r>
      <w:proofErr w:type="spellStart"/>
      <w:r>
        <w:rPr>
          <w:i/>
        </w:rPr>
        <w:t>único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ficheiro</w:t>
      </w:r>
      <w:proofErr w:type="spellEnd"/>
      <w:r>
        <w:rPr>
          <w:i/>
        </w:rPr>
        <w:t xml:space="preserve">,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informação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complementar</w:t>
      </w:r>
      <w:proofErr w:type="spellEnd"/>
      <w:r>
        <w:rPr>
          <w:i/>
        </w:rPr>
        <w:t xml:space="preserve"> à </w:t>
      </w:r>
      <w:proofErr w:type="spellStart"/>
      <w:r>
        <w:rPr>
          <w:i/>
        </w:rPr>
        <w:t>submissão</w:t>
      </w:r>
      <w:proofErr w:type="spellEnd"/>
      <w:r>
        <w:rPr>
          <w:i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E09A5" w14:paraId="33B32E49" w14:textId="77777777">
        <w:tc>
          <w:tcPr>
            <w:tcW w:w="9972" w:type="dxa"/>
            <w:shd w:val="clear" w:color="auto" w:fill="F7E8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E58885" w14:textId="77777777" w:rsidR="00CE09A5" w:rsidRDefault="00940C04">
            <w:r>
              <w:rPr>
                <w:b/>
              </w:rPr>
              <w:t xml:space="preserve">Finalidade: </w:t>
            </w:r>
            <w:r>
              <w:t>evitar duplicação de dados entre documentos, facilitar o preenchimento pelos autores e assegurar a coerência com os metadados introduzidos no OJS.</w:t>
            </w:r>
          </w:p>
        </w:tc>
      </w:tr>
    </w:tbl>
    <w:p w14:paraId="7C03636F" w14:textId="77777777" w:rsidR="00CE09A5" w:rsidRDefault="00940C04">
      <w:pPr>
        <w:pStyle w:val="RIISH1"/>
      </w:pPr>
      <w:r>
        <w:t>Índice</w:t>
      </w:r>
    </w:p>
    <w:p w14:paraId="290A8D04" w14:textId="77777777" w:rsidR="00CE09A5" w:rsidRDefault="00940C04">
      <w:pPr>
        <w:ind w:left="283"/>
      </w:pPr>
      <w:r>
        <w:t xml:space="preserve">1. </w:t>
      </w:r>
      <w:hyperlink w:anchor="titlepage" w:history="1">
        <w:r>
          <w:rPr>
            <w:color w:val="9C0006"/>
            <w:u w:val="single"/>
          </w:rPr>
          <w:t>Title Page</w:t>
        </w:r>
      </w:hyperlink>
    </w:p>
    <w:p w14:paraId="14D09751" w14:textId="77777777" w:rsidR="00CE09A5" w:rsidRDefault="00940C04">
      <w:pPr>
        <w:ind w:left="283"/>
      </w:pPr>
      <w:r>
        <w:t xml:space="preserve">2. </w:t>
      </w:r>
      <w:hyperlink w:anchor="declaracao" w:history="1">
        <w:r>
          <w:rPr>
            <w:color w:val="9C0006"/>
            <w:u w:val="single"/>
          </w:rPr>
          <w:t>Declaração de Responsabilidade dos Autores</w:t>
        </w:r>
      </w:hyperlink>
    </w:p>
    <w:p w14:paraId="2149AF22" w14:textId="77777777" w:rsidR="00CE09A5" w:rsidRDefault="00940C04">
      <w:pPr>
        <w:ind w:left="283"/>
      </w:pPr>
      <w:r>
        <w:t xml:space="preserve">3. </w:t>
      </w:r>
      <w:hyperlink w:anchor="checklist" w:history="1">
        <w:r>
          <w:rPr>
            <w:color w:val="9C0006"/>
            <w:u w:val="single"/>
          </w:rPr>
          <w:t>Checklist de Autoverificação</w:t>
        </w:r>
      </w:hyperlink>
    </w:p>
    <w:p w14:paraId="22D06161" w14:textId="77777777" w:rsidR="00CE09A5" w:rsidRDefault="00940C04">
      <w:pPr>
        <w:jc w:val="center"/>
      </w:pPr>
      <w:r>
        <w:rPr>
          <w:i/>
          <w:color w:val="646464"/>
          <w:sz w:val="18"/>
        </w:rPr>
        <w:t>Preencher apenas os campos aplicáveis. As informações deste documento devem coincidir com o manuscrito e com o OJS.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CE09A5" w14:paraId="6875A052" w14:textId="77777777">
        <w:trPr>
          <w:jc w:val="center"/>
        </w:trPr>
        <w:tc>
          <w:tcPr>
            <w:tcW w:w="9972" w:type="dxa"/>
            <w:shd w:val="clear" w:color="auto" w:fill="9C0006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0AF7959D" w14:textId="77777777" w:rsidR="00CE09A5" w:rsidRDefault="00940C04">
            <w:pPr>
              <w:jc w:val="center"/>
            </w:pPr>
            <w:bookmarkStart w:id="1" w:name="titlepage"/>
            <w:r>
              <w:rPr>
                <w:b/>
                <w:color w:val="FFFFFF"/>
                <w:sz w:val="28"/>
              </w:rPr>
              <w:t>1. TITLE PAGE</w:t>
            </w:r>
            <w:bookmarkEnd w:id="1"/>
          </w:p>
          <w:p w14:paraId="57335CA2" w14:textId="77777777" w:rsidR="00CE09A5" w:rsidRDefault="00940C04">
            <w:pPr>
              <w:jc w:val="center"/>
            </w:pPr>
            <w:proofErr w:type="spellStart"/>
            <w:r>
              <w:rPr>
                <w:color w:val="FFFFFF"/>
              </w:rPr>
              <w:t>Identificação</w:t>
            </w:r>
            <w:proofErr w:type="spellEnd"/>
            <w:r>
              <w:rPr>
                <w:color w:val="FFFFFF"/>
              </w:rPr>
              <w:t xml:space="preserve"> do </w:t>
            </w:r>
            <w:proofErr w:type="spellStart"/>
            <w:r>
              <w:rPr>
                <w:color w:val="FFFFFF"/>
              </w:rPr>
              <w:t>manuscrito</w:t>
            </w:r>
            <w:proofErr w:type="spellEnd"/>
            <w:r>
              <w:rPr>
                <w:color w:val="FFFFFF"/>
              </w:rPr>
              <w:t xml:space="preserve">, </w:t>
            </w:r>
            <w:proofErr w:type="spellStart"/>
            <w:r>
              <w:rPr>
                <w:color w:val="FFFFFF"/>
              </w:rPr>
              <w:t>autores</w:t>
            </w:r>
            <w:proofErr w:type="spellEnd"/>
            <w:r>
              <w:rPr>
                <w:color w:val="FFFFFF"/>
              </w:rPr>
              <w:t xml:space="preserve"> e contributos</w:t>
            </w:r>
          </w:p>
        </w:tc>
      </w:tr>
    </w:tbl>
    <w:p w14:paraId="03945218" w14:textId="77777777" w:rsidR="00CE09A5" w:rsidRDefault="00940C04">
      <w:pPr>
        <w:pStyle w:val="RIISH1"/>
      </w:pPr>
      <w:r>
        <w:t>1.1. Identificação do manuscrito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7415"/>
      </w:tblGrid>
      <w:tr w:rsidR="00CE09A5" w14:paraId="0323CD08" w14:textId="77777777" w:rsidTr="00F31A88">
        <w:trPr>
          <w:jc w:val="center"/>
        </w:trPr>
        <w:tc>
          <w:tcPr>
            <w:tcW w:w="2547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1E1033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Título em português</w:t>
            </w:r>
          </w:p>
        </w:tc>
        <w:tc>
          <w:tcPr>
            <w:tcW w:w="74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60582E" w14:textId="77777777" w:rsidR="00CE09A5" w:rsidRDefault="00940C04">
            <w:pPr>
              <w:spacing w:after="0"/>
            </w:pPr>
            <w:r>
              <w:rPr>
                <w:sz w:val="18"/>
              </w:rPr>
              <w:t xml:space="preserve">Clique ou toque para </w:t>
            </w:r>
            <w:proofErr w:type="spellStart"/>
            <w:r>
              <w:rPr>
                <w:sz w:val="18"/>
              </w:rPr>
              <w:t>introduzir</w:t>
            </w:r>
            <w:proofErr w:type="spellEnd"/>
            <w:r>
              <w:rPr>
                <w:sz w:val="18"/>
              </w:rPr>
              <w:t xml:space="preserve"> o </w:t>
            </w:r>
            <w:proofErr w:type="spellStart"/>
            <w:r>
              <w:rPr>
                <w:sz w:val="18"/>
              </w:rPr>
              <w:t>título</w:t>
            </w:r>
            <w:proofErr w:type="spellEnd"/>
          </w:p>
        </w:tc>
      </w:tr>
      <w:tr w:rsidR="00CE09A5" w14:paraId="3C230830" w14:textId="77777777" w:rsidTr="00F31A88">
        <w:trPr>
          <w:jc w:val="center"/>
        </w:trPr>
        <w:tc>
          <w:tcPr>
            <w:tcW w:w="2547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7D6A1A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Title in English</w:t>
            </w:r>
          </w:p>
        </w:tc>
        <w:tc>
          <w:tcPr>
            <w:tcW w:w="74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5C11C8" w14:textId="77777777" w:rsidR="00CE09A5" w:rsidRDefault="00940C04">
            <w:pPr>
              <w:spacing w:after="0"/>
            </w:pPr>
            <w:r>
              <w:rPr>
                <w:sz w:val="18"/>
              </w:rPr>
              <w:t>Clique ou toque para introduzir o título</w:t>
            </w:r>
          </w:p>
        </w:tc>
      </w:tr>
      <w:tr w:rsidR="00CE09A5" w14:paraId="62B8C89A" w14:textId="77777777" w:rsidTr="00F31A88">
        <w:trPr>
          <w:jc w:val="center"/>
        </w:trPr>
        <w:tc>
          <w:tcPr>
            <w:tcW w:w="2547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FDEDCF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Título en español</w:t>
            </w:r>
          </w:p>
        </w:tc>
        <w:tc>
          <w:tcPr>
            <w:tcW w:w="74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98E5E7" w14:textId="77777777" w:rsidR="00CE09A5" w:rsidRDefault="00940C04">
            <w:pPr>
              <w:spacing w:after="0"/>
            </w:pPr>
            <w:r>
              <w:rPr>
                <w:sz w:val="18"/>
              </w:rPr>
              <w:t>Clique ou toque para introduzir o título</w:t>
            </w:r>
          </w:p>
        </w:tc>
      </w:tr>
      <w:tr w:rsidR="00CE09A5" w14:paraId="31373D91" w14:textId="77777777" w:rsidTr="00F31A88">
        <w:trPr>
          <w:jc w:val="center"/>
        </w:trPr>
        <w:tc>
          <w:tcPr>
            <w:tcW w:w="2547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F4952F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Tipologia</w:t>
            </w:r>
          </w:p>
        </w:tc>
        <w:tc>
          <w:tcPr>
            <w:tcW w:w="74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0C12B9" w14:textId="59FBF9B2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92383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Artigo</w:t>
            </w:r>
            <w:proofErr w:type="spellEnd"/>
            <w:r w:rsidR="00940C04">
              <w:rPr>
                <w:sz w:val="18"/>
              </w:rPr>
              <w:t xml:space="preserve"> de </w:t>
            </w:r>
            <w:proofErr w:type="spellStart"/>
            <w:r w:rsidR="00940C04">
              <w:rPr>
                <w:sz w:val="18"/>
              </w:rPr>
              <w:t>investigação</w:t>
            </w:r>
            <w:proofErr w:type="spellEnd"/>
            <w:r w:rsidR="00940C04">
              <w:rPr>
                <w:sz w:val="18"/>
              </w:rPr>
              <w:t xml:space="preserve">   </w:t>
            </w:r>
            <w:sdt>
              <w:sdtPr>
                <w:rPr>
                  <w:color w:val="9C0006"/>
                </w:rPr>
                <w:id w:val="55226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Artigo</w:t>
            </w:r>
            <w:proofErr w:type="spellEnd"/>
            <w:r w:rsidR="00940C04">
              <w:rPr>
                <w:sz w:val="18"/>
              </w:rPr>
              <w:t xml:space="preserve"> de </w:t>
            </w:r>
            <w:proofErr w:type="spellStart"/>
            <w:r w:rsidR="00940C04">
              <w:rPr>
                <w:sz w:val="18"/>
              </w:rPr>
              <w:t>revisão</w:t>
            </w:r>
            <w:proofErr w:type="spellEnd"/>
            <w:r w:rsidR="00940C04">
              <w:rPr>
                <w:sz w:val="18"/>
              </w:rPr>
              <w:t xml:space="preserve">   </w:t>
            </w:r>
            <w:sdt>
              <w:sdtPr>
                <w:rPr>
                  <w:color w:val="9C0006"/>
                </w:rPr>
                <w:id w:val="192869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Artigo</w:t>
            </w:r>
            <w:proofErr w:type="spellEnd"/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teórico</w:t>
            </w:r>
            <w:proofErr w:type="spellEnd"/>
            <w:r w:rsidR="00940C04">
              <w:rPr>
                <w:sz w:val="18"/>
              </w:rPr>
              <w:t>/</w:t>
            </w:r>
            <w:proofErr w:type="spellStart"/>
            <w:r w:rsidR="00940C04">
              <w:rPr>
                <w:sz w:val="18"/>
              </w:rPr>
              <w:t>ensaio</w:t>
            </w:r>
            <w:proofErr w:type="spellEnd"/>
            <w:r w:rsidR="00940C04">
              <w:rPr>
                <w:sz w:val="18"/>
              </w:rPr>
              <w:t xml:space="preserve">   </w:t>
            </w:r>
            <w:sdt>
              <w:sdtPr>
                <w:rPr>
                  <w:color w:val="9C0006"/>
                </w:rPr>
                <w:id w:val="41183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Editorial</w:t>
            </w:r>
          </w:p>
        </w:tc>
      </w:tr>
      <w:tr w:rsidR="00CE09A5" w14:paraId="617C8EB9" w14:textId="77777777" w:rsidTr="00F31A88">
        <w:trPr>
          <w:jc w:val="center"/>
        </w:trPr>
        <w:tc>
          <w:tcPr>
            <w:tcW w:w="2547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41AEFB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ID da submissão</w:t>
            </w:r>
          </w:p>
        </w:tc>
        <w:tc>
          <w:tcPr>
            <w:tcW w:w="7415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E29BB8" w14:textId="77777777" w:rsidR="00CE09A5" w:rsidRDefault="00940C04">
            <w:pPr>
              <w:spacing w:after="0"/>
            </w:pPr>
            <w:r>
              <w:rPr>
                <w:sz w:val="18"/>
              </w:rPr>
              <w:t>Clique ou toque para introduzir o ID, quando disponível</w:t>
            </w:r>
          </w:p>
        </w:tc>
      </w:tr>
    </w:tbl>
    <w:p w14:paraId="027C47D8" w14:textId="77777777" w:rsidR="00CE09A5" w:rsidRDefault="00940C04">
      <w:pPr>
        <w:pStyle w:val="RIISH1"/>
      </w:pPr>
      <w:r>
        <w:t>1.2. Identificação e ordenação dos autores</w:t>
      </w:r>
    </w:p>
    <w:p w14:paraId="74DCEDE0" w14:textId="77777777" w:rsidR="00CE09A5" w:rsidRDefault="00940C04">
      <w:r>
        <w:rPr>
          <w:sz w:val="18"/>
        </w:rPr>
        <w:t>A ordem dos autores deve coincidir com os metadados introduzidos no OJS. Acrescente linhas conforme necessário.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27"/>
        <w:gridCol w:w="2689"/>
        <w:gridCol w:w="1865"/>
        <w:gridCol w:w="1660"/>
        <w:gridCol w:w="1660"/>
        <w:gridCol w:w="1661"/>
      </w:tblGrid>
      <w:tr w:rsidR="00CE09A5" w14:paraId="321C2310" w14:textId="77777777" w:rsidTr="00404F31">
        <w:trPr>
          <w:tblHeader/>
          <w:jc w:val="center"/>
        </w:trPr>
        <w:tc>
          <w:tcPr>
            <w:tcW w:w="426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5A9EA45C" w14:textId="77777777" w:rsidR="00CE09A5" w:rsidRDefault="00940C04">
            <w:proofErr w:type="gramStart"/>
            <w:r>
              <w:rPr>
                <w:b/>
                <w:color w:val="FFFFFF"/>
                <w:sz w:val="16"/>
              </w:rPr>
              <w:t>N.º</w:t>
            </w:r>
            <w:proofErr w:type="gramEnd"/>
          </w:p>
        </w:tc>
        <w:tc>
          <w:tcPr>
            <w:tcW w:w="2693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3144341" w14:textId="77777777" w:rsidR="00CE09A5" w:rsidRDefault="00940C04">
            <w:r>
              <w:rPr>
                <w:b/>
                <w:color w:val="FFFFFF"/>
                <w:sz w:val="16"/>
              </w:rPr>
              <w:t>Nome</w:t>
            </w:r>
          </w:p>
        </w:tc>
        <w:tc>
          <w:tcPr>
            <w:tcW w:w="1867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B64C253" w14:textId="77777777" w:rsidR="00CE09A5" w:rsidRDefault="00940C04">
            <w:r>
              <w:rPr>
                <w:b/>
                <w:color w:val="FFFFFF"/>
                <w:sz w:val="16"/>
              </w:rPr>
              <w:t>Grau académico</w:t>
            </w:r>
          </w:p>
        </w:tc>
        <w:tc>
          <w:tcPr>
            <w:tcW w:w="1662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37F95FD" w14:textId="77777777" w:rsidR="00CE09A5" w:rsidRDefault="00940C04">
            <w:r>
              <w:rPr>
                <w:b/>
                <w:color w:val="FFFFFF"/>
                <w:sz w:val="16"/>
              </w:rPr>
              <w:t>E-mail</w:t>
            </w:r>
          </w:p>
        </w:tc>
        <w:tc>
          <w:tcPr>
            <w:tcW w:w="1662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0A9C85A" w14:textId="77777777" w:rsidR="00CE09A5" w:rsidRDefault="00940C04">
            <w:r>
              <w:rPr>
                <w:b/>
                <w:color w:val="FFFFFF"/>
                <w:sz w:val="16"/>
              </w:rPr>
              <w:t>ORCID</w:t>
            </w:r>
          </w:p>
        </w:tc>
        <w:tc>
          <w:tcPr>
            <w:tcW w:w="1662" w:type="dxa"/>
            <w:shd w:val="clear" w:color="auto" w:fill="9C0006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C77FC70" w14:textId="77777777" w:rsidR="00CE09A5" w:rsidRDefault="00940C04">
            <w:r>
              <w:rPr>
                <w:b/>
                <w:color w:val="FFFFFF"/>
                <w:sz w:val="16"/>
              </w:rPr>
              <w:t>Autor correspondente</w:t>
            </w:r>
          </w:p>
        </w:tc>
      </w:tr>
      <w:tr w:rsidR="00CE09A5" w14:paraId="32099E73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7C79F680" w14:textId="77777777" w:rsidR="00CE09A5" w:rsidRDefault="00940C04">
            <w:r>
              <w:rPr>
                <w:sz w:val="16"/>
              </w:rPr>
              <w:t>1</w:t>
            </w:r>
          </w:p>
        </w:tc>
        <w:tc>
          <w:tcPr>
            <w:tcW w:w="2693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6DF27699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867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9BCAD38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64DE488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5450F2C" w14:textId="77777777" w:rsidR="00CE09A5" w:rsidRDefault="00940C04">
            <w:r>
              <w:rPr>
                <w:sz w:val="16"/>
              </w:rPr>
              <w:t>0000-0000-0000-0000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563D5B1" w14:textId="24A11AFF" w:rsidR="00CE09A5" w:rsidRDefault="00811557">
            <w:sdt>
              <w:sdtPr>
                <w:rPr>
                  <w:color w:val="9C0006"/>
                </w:rPr>
                <w:id w:val="197264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Sim   </w:t>
            </w:r>
            <w:sdt>
              <w:sdtPr>
                <w:rPr>
                  <w:color w:val="9C0006"/>
                </w:rPr>
                <w:id w:val="75185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Não</w:t>
            </w:r>
          </w:p>
        </w:tc>
      </w:tr>
      <w:tr w:rsidR="00CE09A5" w14:paraId="0BFD6D6E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6106FA1" w14:textId="77777777" w:rsidR="00CE09A5" w:rsidRDefault="00940C04">
            <w:r>
              <w:rPr>
                <w:sz w:val="16"/>
              </w:rPr>
              <w:t>2</w:t>
            </w:r>
          </w:p>
        </w:tc>
        <w:tc>
          <w:tcPr>
            <w:tcW w:w="2693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F9742C4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867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58E9136C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09AF53F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53BF31A6" w14:textId="77777777" w:rsidR="00CE09A5" w:rsidRDefault="00940C04">
            <w:r>
              <w:rPr>
                <w:sz w:val="16"/>
              </w:rPr>
              <w:t>0000-0000-0000-0000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68E09D3F" w14:textId="03EA0E2E" w:rsidR="00CE09A5" w:rsidRDefault="00811557">
            <w:sdt>
              <w:sdtPr>
                <w:rPr>
                  <w:color w:val="9C0006"/>
                </w:rPr>
                <w:id w:val="132301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Sim   </w:t>
            </w:r>
            <w:sdt>
              <w:sdtPr>
                <w:rPr>
                  <w:color w:val="9C0006"/>
                </w:rPr>
                <w:id w:val="193354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Não</w:t>
            </w:r>
          </w:p>
        </w:tc>
      </w:tr>
      <w:tr w:rsidR="00CE09A5" w14:paraId="3B920229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145BCBE3" w14:textId="77777777" w:rsidR="00CE09A5" w:rsidRDefault="00940C04">
            <w:r>
              <w:rPr>
                <w:sz w:val="16"/>
              </w:rPr>
              <w:t>3</w:t>
            </w:r>
          </w:p>
        </w:tc>
        <w:tc>
          <w:tcPr>
            <w:tcW w:w="2693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0A97C6A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867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116A3C9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7C960F1D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23CEB51C" w14:textId="77777777" w:rsidR="00CE09A5" w:rsidRDefault="00940C04">
            <w:r>
              <w:rPr>
                <w:sz w:val="16"/>
              </w:rPr>
              <w:t>0000-0000-0000-0000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C06CA77" w14:textId="6CF1155F" w:rsidR="00CE09A5" w:rsidRDefault="00811557">
            <w:sdt>
              <w:sdtPr>
                <w:rPr>
                  <w:color w:val="9C0006"/>
                </w:rPr>
                <w:id w:val="152080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Sim   </w:t>
            </w:r>
            <w:sdt>
              <w:sdtPr>
                <w:rPr>
                  <w:color w:val="9C0006"/>
                </w:rPr>
                <w:id w:val="179849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Não</w:t>
            </w:r>
          </w:p>
        </w:tc>
      </w:tr>
      <w:tr w:rsidR="00CE09A5" w14:paraId="4BCF38B4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6B69AAF2" w14:textId="77777777" w:rsidR="00CE09A5" w:rsidRDefault="00940C04">
            <w:r>
              <w:rPr>
                <w:sz w:val="16"/>
              </w:rPr>
              <w:t>4</w:t>
            </w:r>
          </w:p>
        </w:tc>
        <w:tc>
          <w:tcPr>
            <w:tcW w:w="2693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4FCFEDC4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867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76E148BF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BB0D1B4" w14:textId="77777777" w:rsidR="00CE09A5" w:rsidRDefault="00940C04">
            <w:r>
              <w:rPr>
                <w:sz w:val="16"/>
              </w:rPr>
              <w:t>Clique ou toque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0969CC39" w14:textId="77777777" w:rsidR="00CE09A5" w:rsidRDefault="00940C04">
            <w:r>
              <w:rPr>
                <w:sz w:val="16"/>
              </w:rPr>
              <w:t>0000-0000-0000-0000</w:t>
            </w:r>
          </w:p>
        </w:tc>
        <w:tc>
          <w:tcPr>
            <w:tcW w:w="1662" w:type="dxa"/>
            <w:tcMar>
              <w:top w:w="55" w:type="dxa"/>
              <w:left w:w="60" w:type="dxa"/>
              <w:bottom w:w="55" w:type="dxa"/>
              <w:right w:w="60" w:type="dxa"/>
            </w:tcMar>
            <w:vAlign w:val="center"/>
          </w:tcPr>
          <w:p w14:paraId="3ACC546A" w14:textId="4A7AAD36" w:rsidR="00CE09A5" w:rsidRDefault="00811557">
            <w:sdt>
              <w:sdtPr>
                <w:rPr>
                  <w:color w:val="9C0006"/>
                </w:rPr>
                <w:id w:val="153430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Sim   </w:t>
            </w:r>
            <w:sdt>
              <w:sdtPr>
                <w:rPr>
                  <w:color w:val="9C0006"/>
                </w:rPr>
                <w:id w:val="-210810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6"/>
              </w:rPr>
              <w:t xml:space="preserve"> Não</w:t>
            </w:r>
          </w:p>
        </w:tc>
      </w:tr>
    </w:tbl>
    <w:p w14:paraId="67BF3531" w14:textId="77777777" w:rsidR="00CE09A5" w:rsidRDefault="00940C04">
      <w:pPr>
        <w:pStyle w:val="RIISH1"/>
      </w:pPr>
      <w:r>
        <w:t>1.3. Afiliações institucionais</w:t>
      </w:r>
    </w:p>
    <w:p w14:paraId="2D6896E8" w14:textId="77777777" w:rsidR="00CE09A5" w:rsidRDefault="00940C04">
      <w:r>
        <w:rPr>
          <w:sz w:val="18"/>
        </w:rPr>
        <w:t>Indique a afiliação institucional completa, incluindo instituição ou unidade, cidade e país.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106"/>
        <w:gridCol w:w="2940"/>
        <w:gridCol w:w="2490"/>
      </w:tblGrid>
      <w:tr w:rsidR="00CE09A5" w14:paraId="0C0D058E" w14:textId="77777777" w:rsidTr="00404F31">
        <w:trPr>
          <w:jc w:val="center"/>
        </w:trPr>
        <w:tc>
          <w:tcPr>
            <w:tcW w:w="426" w:type="dxa"/>
            <w:shd w:val="clear" w:color="auto" w:fill="9C0006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07210A9" w14:textId="77777777" w:rsidR="00CE09A5" w:rsidRDefault="00940C04">
            <w:proofErr w:type="gramStart"/>
            <w:r>
              <w:rPr>
                <w:b/>
                <w:color w:val="FFFFFF"/>
                <w:sz w:val="17"/>
              </w:rPr>
              <w:t>N.º</w:t>
            </w:r>
            <w:proofErr w:type="gramEnd"/>
          </w:p>
        </w:tc>
        <w:tc>
          <w:tcPr>
            <w:tcW w:w="4110" w:type="dxa"/>
            <w:shd w:val="clear" w:color="auto" w:fill="9C0006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2F5D6B8" w14:textId="77777777" w:rsidR="00CE09A5" w:rsidRDefault="00940C04">
            <w:r>
              <w:rPr>
                <w:b/>
                <w:color w:val="FFFFFF"/>
                <w:sz w:val="17"/>
              </w:rPr>
              <w:t>Instituição / unidade</w:t>
            </w:r>
          </w:p>
        </w:tc>
        <w:tc>
          <w:tcPr>
            <w:tcW w:w="2943" w:type="dxa"/>
            <w:shd w:val="clear" w:color="auto" w:fill="9C0006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C3B3AF1" w14:textId="77777777" w:rsidR="00CE09A5" w:rsidRDefault="00940C04">
            <w:r>
              <w:rPr>
                <w:b/>
                <w:color w:val="FFFFFF"/>
                <w:sz w:val="17"/>
              </w:rPr>
              <w:t>Cidade</w:t>
            </w:r>
          </w:p>
        </w:tc>
        <w:tc>
          <w:tcPr>
            <w:tcW w:w="2493" w:type="dxa"/>
            <w:shd w:val="clear" w:color="auto" w:fill="9C0006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751112F" w14:textId="77777777" w:rsidR="00CE09A5" w:rsidRDefault="00940C04">
            <w:r>
              <w:rPr>
                <w:b/>
                <w:color w:val="FFFFFF"/>
                <w:sz w:val="17"/>
              </w:rPr>
              <w:t>País</w:t>
            </w:r>
          </w:p>
        </w:tc>
      </w:tr>
      <w:tr w:rsidR="00CE09A5" w14:paraId="0BC04314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A9AC504" w14:textId="77777777" w:rsidR="00CE09A5" w:rsidRDefault="00940C04">
            <w:r>
              <w:rPr>
                <w:sz w:val="17"/>
              </w:rPr>
              <w:t>1</w:t>
            </w:r>
          </w:p>
        </w:tc>
        <w:tc>
          <w:tcPr>
            <w:tcW w:w="411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E851FA4" w14:textId="77777777" w:rsidR="00CE09A5" w:rsidRDefault="00940C04">
            <w:r>
              <w:rPr>
                <w:sz w:val="17"/>
              </w:rPr>
              <w:t>Clique ou toque para introduzir</w:t>
            </w:r>
          </w:p>
        </w:tc>
        <w:tc>
          <w:tcPr>
            <w:tcW w:w="294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41BB3B6" w14:textId="77777777" w:rsidR="00CE09A5" w:rsidRDefault="00940C04">
            <w:r>
              <w:rPr>
                <w:sz w:val="17"/>
              </w:rPr>
              <w:t>Clique ou toque</w:t>
            </w:r>
          </w:p>
        </w:tc>
        <w:tc>
          <w:tcPr>
            <w:tcW w:w="249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5CA44DB" w14:textId="77777777" w:rsidR="00CE09A5" w:rsidRDefault="00940C04">
            <w:r>
              <w:rPr>
                <w:sz w:val="17"/>
              </w:rPr>
              <w:t>Clique ou toque</w:t>
            </w:r>
          </w:p>
        </w:tc>
      </w:tr>
      <w:tr w:rsidR="00CE09A5" w14:paraId="5ADE238A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9DA0E9C" w14:textId="77777777" w:rsidR="00CE09A5" w:rsidRDefault="00940C04">
            <w:r>
              <w:rPr>
                <w:sz w:val="17"/>
              </w:rPr>
              <w:t>2</w:t>
            </w:r>
          </w:p>
        </w:tc>
        <w:tc>
          <w:tcPr>
            <w:tcW w:w="411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D6F6749" w14:textId="77777777" w:rsidR="00CE09A5" w:rsidRDefault="00940C04">
            <w:r>
              <w:rPr>
                <w:sz w:val="17"/>
              </w:rPr>
              <w:t>Clique ou toque para introduzir</w:t>
            </w:r>
          </w:p>
        </w:tc>
        <w:tc>
          <w:tcPr>
            <w:tcW w:w="294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5DA5BF2" w14:textId="77777777" w:rsidR="00CE09A5" w:rsidRDefault="00940C04">
            <w:r>
              <w:rPr>
                <w:sz w:val="17"/>
              </w:rPr>
              <w:t>Clique ou toque</w:t>
            </w:r>
          </w:p>
        </w:tc>
        <w:tc>
          <w:tcPr>
            <w:tcW w:w="249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50639A5" w14:textId="77777777" w:rsidR="00CE09A5" w:rsidRDefault="00940C04">
            <w:r>
              <w:rPr>
                <w:sz w:val="17"/>
              </w:rPr>
              <w:t>Clique ou toque</w:t>
            </w:r>
          </w:p>
        </w:tc>
      </w:tr>
      <w:tr w:rsidR="00CE09A5" w14:paraId="6C0051A8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706529B" w14:textId="77777777" w:rsidR="00CE09A5" w:rsidRDefault="00940C04">
            <w:r>
              <w:rPr>
                <w:sz w:val="17"/>
              </w:rPr>
              <w:t>3</w:t>
            </w:r>
          </w:p>
        </w:tc>
        <w:tc>
          <w:tcPr>
            <w:tcW w:w="411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89BC63E" w14:textId="77777777" w:rsidR="00CE09A5" w:rsidRDefault="00940C04">
            <w:r>
              <w:rPr>
                <w:sz w:val="17"/>
              </w:rPr>
              <w:t>Clique ou toque para introduzir</w:t>
            </w:r>
          </w:p>
        </w:tc>
        <w:tc>
          <w:tcPr>
            <w:tcW w:w="294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B1132BB" w14:textId="77777777" w:rsidR="00CE09A5" w:rsidRDefault="00940C04">
            <w:r>
              <w:rPr>
                <w:sz w:val="17"/>
              </w:rPr>
              <w:t>Clique ou toque</w:t>
            </w:r>
          </w:p>
        </w:tc>
        <w:tc>
          <w:tcPr>
            <w:tcW w:w="249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D41397" w14:textId="77777777" w:rsidR="00CE09A5" w:rsidRDefault="00940C04">
            <w:r>
              <w:rPr>
                <w:sz w:val="17"/>
              </w:rPr>
              <w:t>Clique ou toque</w:t>
            </w:r>
          </w:p>
        </w:tc>
      </w:tr>
      <w:tr w:rsidR="00CE09A5" w14:paraId="34F530D1" w14:textId="77777777" w:rsidTr="00404F31">
        <w:trPr>
          <w:jc w:val="center"/>
        </w:trPr>
        <w:tc>
          <w:tcPr>
            <w:tcW w:w="426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3499703" w14:textId="77777777" w:rsidR="00CE09A5" w:rsidRDefault="00940C04">
            <w:r>
              <w:rPr>
                <w:sz w:val="17"/>
              </w:rPr>
              <w:t>4</w:t>
            </w:r>
          </w:p>
        </w:tc>
        <w:tc>
          <w:tcPr>
            <w:tcW w:w="4110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9332708" w14:textId="77777777" w:rsidR="00CE09A5" w:rsidRDefault="00940C04">
            <w:r>
              <w:rPr>
                <w:sz w:val="17"/>
              </w:rPr>
              <w:t>Clique ou toque para introduzir</w:t>
            </w:r>
          </w:p>
        </w:tc>
        <w:tc>
          <w:tcPr>
            <w:tcW w:w="294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A6D28AF" w14:textId="77777777" w:rsidR="00CE09A5" w:rsidRDefault="00940C04">
            <w:r>
              <w:rPr>
                <w:sz w:val="17"/>
              </w:rPr>
              <w:t>Clique ou toque</w:t>
            </w:r>
          </w:p>
        </w:tc>
        <w:tc>
          <w:tcPr>
            <w:tcW w:w="2493" w:type="dxa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8BEA60E" w14:textId="77777777" w:rsidR="00CE09A5" w:rsidRDefault="00940C04">
            <w:r>
              <w:rPr>
                <w:sz w:val="17"/>
              </w:rPr>
              <w:t>Clique ou toque</w:t>
            </w:r>
          </w:p>
        </w:tc>
      </w:tr>
    </w:tbl>
    <w:p w14:paraId="3D5E9193" w14:textId="67B41C3D" w:rsidR="00CE09A5" w:rsidRDefault="00940C04" w:rsidP="00F31A88">
      <w:pPr>
        <w:pStyle w:val="RIISH1"/>
        <w:spacing w:before="480" w:after="0"/>
      </w:pPr>
      <w:r>
        <w:lastRenderedPageBreak/>
        <w:t>1.4. Contributos dos autores - Taxonomia CRediT</w:t>
      </w:r>
    </w:p>
    <w:p w14:paraId="70039176" w14:textId="77777777" w:rsidR="00CE09A5" w:rsidRDefault="00940C04">
      <w:r>
        <w:rPr>
          <w:sz w:val="18"/>
        </w:rPr>
        <w:t>Indique as iniciais dos autores que desempenharam cada função. Deixe em branco as funções sem participação.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5947"/>
        <w:gridCol w:w="2173"/>
      </w:tblGrid>
      <w:tr w:rsidR="00CE09A5" w14:paraId="4380F813" w14:textId="77777777" w:rsidTr="008F3A58">
        <w:trPr>
          <w:tblHeader/>
          <w:jc w:val="center"/>
        </w:trPr>
        <w:tc>
          <w:tcPr>
            <w:tcW w:w="1843" w:type="dxa"/>
            <w:shd w:val="clear" w:color="auto" w:fill="9C000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F04CA2" w14:textId="77777777" w:rsidR="00CE09A5" w:rsidRDefault="00940C04">
            <w:pPr>
              <w:spacing w:after="0"/>
            </w:pPr>
            <w:proofErr w:type="spellStart"/>
            <w:r>
              <w:rPr>
                <w:b/>
                <w:color w:val="FFFFFF"/>
                <w:sz w:val="15"/>
              </w:rPr>
              <w:t>Função</w:t>
            </w:r>
            <w:proofErr w:type="spellEnd"/>
            <w:r>
              <w:rPr>
                <w:b/>
                <w:color w:val="FFFFFF"/>
                <w:sz w:val="15"/>
              </w:rPr>
              <w:t xml:space="preserve"> </w:t>
            </w:r>
            <w:proofErr w:type="spellStart"/>
            <w:r>
              <w:rPr>
                <w:b/>
                <w:color w:val="FFFFFF"/>
                <w:sz w:val="15"/>
              </w:rPr>
              <w:t>CRediT</w:t>
            </w:r>
            <w:proofErr w:type="spellEnd"/>
          </w:p>
        </w:tc>
        <w:tc>
          <w:tcPr>
            <w:tcW w:w="5954" w:type="dxa"/>
            <w:shd w:val="clear" w:color="auto" w:fill="9C000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B8CAED" w14:textId="77777777" w:rsidR="00CE09A5" w:rsidRDefault="00940C04">
            <w:pPr>
              <w:spacing w:after="0"/>
            </w:pPr>
            <w:r>
              <w:rPr>
                <w:b/>
                <w:color w:val="FFFFFF"/>
                <w:sz w:val="15"/>
              </w:rPr>
              <w:t>Descrição</w:t>
            </w:r>
          </w:p>
        </w:tc>
        <w:tc>
          <w:tcPr>
            <w:tcW w:w="2175" w:type="dxa"/>
            <w:shd w:val="clear" w:color="auto" w:fill="9C0006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DCB68" w14:textId="77777777" w:rsidR="00CE09A5" w:rsidRDefault="00940C04">
            <w:pPr>
              <w:spacing w:after="0"/>
            </w:pPr>
            <w:r>
              <w:rPr>
                <w:b/>
                <w:color w:val="FFFFFF"/>
                <w:sz w:val="15"/>
              </w:rPr>
              <w:t>Iniciais dos autores</w:t>
            </w:r>
          </w:p>
        </w:tc>
      </w:tr>
      <w:tr w:rsidR="00CE09A5" w14:paraId="1D584DE3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B9B996" w14:textId="77777777" w:rsidR="00CE09A5" w:rsidRDefault="00940C04">
            <w:pPr>
              <w:spacing w:after="0"/>
            </w:pPr>
            <w:r>
              <w:rPr>
                <w:sz w:val="15"/>
              </w:rPr>
              <w:t>Conceptualização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1178B4" w14:textId="77777777" w:rsidR="00CE09A5" w:rsidRDefault="00940C04">
            <w:pPr>
              <w:spacing w:after="0"/>
            </w:pPr>
            <w:r>
              <w:rPr>
                <w:sz w:val="15"/>
              </w:rPr>
              <w:t>Ideias, formulação ou evolução dos objetivos e metas gerais da investigação.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503044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198C6652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B0D0BF" w14:textId="77777777" w:rsidR="00CE09A5" w:rsidRDefault="00940C04">
            <w:pPr>
              <w:spacing w:after="0"/>
            </w:pPr>
            <w:r>
              <w:rPr>
                <w:sz w:val="15"/>
              </w:rPr>
              <w:t>Curadoria dos dados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451854" w14:textId="77777777" w:rsidR="00CE09A5" w:rsidRDefault="00940C04">
            <w:pPr>
              <w:spacing w:after="0"/>
            </w:pPr>
            <w:r>
              <w:rPr>
                <w:sz w:val="15"/>
              </w:rPr>
              <w:t>Gestão, organização, documentação, limpeza e manutenção dos dados para utilização e reutilização.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C2FDB8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2A86BFC4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3E0F9C" w14:textId="77777777" w:rsidR="00CE09A5" w:rsidRDefault="00940C04">
            <w:pPr>
              <w:spacing w:after="0"/>
            </w:pPr>
            <w:r>
              <w:rPr>
                <w:sz w:val="15"/>
              </w:rPr>
              <w:t>Análise formal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E9B9DF" w14:textId="77777777" w:rsidR="00CE09A5" w:rsidRDefault="00940C04">
            <w:pPr>
              <w:spacing w:after="0"/>
            </w:pPr>
            <w:r>
              <w:rPr>
                <w:sz w:val="15"/>
              </w:rPr>
              <w:t>Aplicação de técnicas estatísticas, matemáticas, computacionais ou outras técnicas formais de análise.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8C96ED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54AF1AE4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77887D" w14:textId="77777777" w:rsidR="00CE09A5" w:rsidRDefault="00940C04">
            <w:pPr>
              <w:spacing w:after="0"/>
            </w:pPr>
            <w:r>
              <w:rPr>
                <w:sz w:val="15"/>
              </w:rPr>
              <w:t>Aquisição de financiamento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BBE56D" w14:textId="77777777" w:rsidR="00CE09A5" w:rsidRDefault="00940C04">
            <w:pPr>
              <w:spacing w:after="0"/>
            </w:pPr>
            <w:r>
              <w:rPr>
                <w:sz w:val="15"/>
              </w:rPr>
              <w:t>Obtenção do apoio financeiro necessário à realização do projeto.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D3B0C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346C1261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A78D5E" w14:textId="77777777" w:rsidR="00CE09A5" w:rsidRDefault="00940C04">
            <w:pPr>
              <w:spacing w:after="0"/>
            </w:pPr>
            <w:r>
              <w:rPr>
                <w:sz w:val="15"/>
              </w:rPr>
              <w:t>Investigação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E7489C" w14:textId="77777777" w:rsidR="00CE09A5" w:rsidRDefault="00940C04">
            <w:pPr>
              <w:spacing w:after="0"/>
            </w:pPr>
            <w:r>
              <w:rPr>
                <w:sz w:val="15"/>
              </w:rPr>
              <w:t>Execução da investigação, experiências, observações e recolha de dados ou evidências.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D94D02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31595A22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09E61C" w14:textId="77777777" w:rsidR="00CE09A5" w:rsidRDefault="00940C04">
            <w:pPr>
              <w:spacing w:after="0"/>
            </w:pPr>
            <w:r>
              <w:rPr>
                <w:sz w:val="15"/>
              </w:rPr>
              <w:t>Metodologia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CD95F7" w14:textId="77777777" w:rsidR="00CE09A5" w:rsidRDefault="00940C04">
            <w:pPr>
              <w:spacing w:after="0"/>
            </w:pPr>
            <w:r>
              <w:rPr>
                <w:sz w:val="15"/>
              </w:rPr>
              <w:t>Desenvolvimento ou desenho da metodologia e criação de modelos.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FEFDBE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6937FA32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E3AAB5" w14:textId="77777777" w:rsidR="00CE09A5" w:rsidRDefault="00940C04">
            <w:pPr>
              <w:spacing w:after="0"/>
            </w:pPr>
            <w:proofErr w:type="spellStart"/>
            <w:r>
              <w:rPr>
                <w:sz w:val="15"/>
              </w:rPr>
              <w:t>Administração</w:t>
            </w:r>
            <w:proofErr w:type="spellEnd"/>
            <w:r>
              <w:rPr>
                <w:sz w:val="15"/>
              </w:rPr>
              <w:t xml:space="preserve"> do </w:t>
            </w:r>
            <w:proofErr w:type="spellStart"/>
            <w:r>
              <w:rPr>
                <w:sz w:val="15"/>
              </w:rPr>
              <w:t>projeto</w:t>
            </w:r>
            <w:proofErr w:type="spellEnd"/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18D238" w14:textId="77777777" w:rsidR="00CE09A5" w:rsidRDefault="00940C04">
            <w:pPr>
              <w:spacing w:after="0"/>
            </w:pPr>
            <w:r>
              <w:rPr>
                <w:sz w:val="15"/>
              </w:rPr>
              <w:t>Gestão e coordenação do planeamento e execução das atividades de investigação.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45A0D5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4A67D903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8642E2" w14:textId="77777777" w:rsidR="00CE09A5" w:rsidRDefault="00940C04">
            <w:pPr>
              <w:spacing w:after="0"/>
            </w:pPr>
            <w:r>
              <w:rPr>
                <w:sz w:val="15"/>
              </w:rPr>
              <w:t>Recursos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C08F19" w14:textId="77777777" w:rsidR="00CE09A5" w:rsidRDefault="00940C04">
            <w:pPr>
              <w:spacing w:after="0"/>
            </w:pPr>
            <w:r>
              <w:rPr>
                <w:sz w:val="15"/>
              </w:rPr>
              <w:t>Fornecimento de materiais, instrumentos, amostras, recursos computacionais ou outras ferramentas.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E985C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335D0854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FD2EE5" w14:textId="77777777" w:rsidR="00CE09A5" w:rsidRDefault="00940C04">
            <w:pPr>
              <w:spacing w:after="0"/>
            </w:pPr>
            <w:r>
              <w:rPr>
                <w:sz w:val="15"/>
              </w:rPr>
              <w:t>Software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FCC2C2" w14:textId="77777777" w:rsidR="00CE09A5" w:rsidRDefault="00940C04">
            <w:pPr>
              <w:spacing w:after="0"/>
            </w:pPr>
            <w:r>
              <w:rPr>
                <w:sz w:val="15"/>
              </w:rPr>
              <w:t>Programação, desenvolvimento, implementação, teste ou manutenção de software e algoritmos.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C875D3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56C443A0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54ED8" w14:textId="77777777" w:rsidR="00CE09A5" w:rsidRDefault="00940C04">
            <w:pPr>
              <w:spacing w:after="0"/>
            </w:pPr>
            <w:r>
              <w:rPr>
                <w:sz w:val="15"/>
              </w:rPr>
              <w:t>Supervisão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7E5D28" w14:textId="77777777" w:rsidR="00CE09A5" w:rsidRDefault="00940C04">
            <w:pPr>
              <w:spacing w:after="0"/>
            </w:pPr>
            <w:r>
              <w:rPr>
                <w:sz w:val="15"/>
              </w:rPr>
              <w:t>Responsabilidade de supervisão e liderança no planeamento e execução da investigação.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C89336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04ADB8CA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633621" w14:textId="77777777" w:rsidR="00CE09A5" w:rsidRDefault="00940C04">
            <w:pPr>
              <w:spacing w:after="0"/>
            </w:pPr>
            <w:r>
              <w:rPr>
                <w:sz w:val="15"/>
              </w:rPr>
              <w:t>Validação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206421" w14:textId="77777777" w:rsidR="00CE09A5" w:rsidRDefault="00940C04">
            <w:pPr>
              <w:spacing w:after="0"/>
            </w:pPr>
            <w:r>
              <w:rPr>
                <w:sz w:val="15"/>
              </w:rPr>
              <w:t>Verificação da exatidão, replicabilidade e consistência dos resultados e métodos.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AE4584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2E3640F3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96DD13" w14:textId="77777777" w:rsidR="00CE09A5" w:rsidRDefault="00940C04">
            <w:pPr>
              <w:spacing w:after="0"/>
            </w:pPr>
            <w:r>
              <w:rPr>
                <w:sz w:val="15"/>
              </w:rPr>
              <w:t>Visualização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BE484" w14:textId="77777777" w:rsidR="00CE09A5" w:rsidRDefault="00940C04">
            <w:pPr>
              <w:spacing w:after="0"/>
            </w:pPr>
            <w:r>
              <w:rPr>
                <w:sz w:val="15"/>
              </w:rPr>
              <w:t>Preparação, criação ou apresentação de figuras, tabelas, diagramas e outros elementos visuais.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6A61CA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48C12DCA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667773" w14:textId="77777777" w:rsidR="00CE09A5" w:rsidRDefault="00940C04">
            <w:pPr>
              <w:spacing w:after="0"/>
            </w:pPr>
            <w:r>
              <w:rPr>
                <w:sz w:val="15"/>
              </w:rPr>
              <w:t>Redação - rascunho original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017A6D" w14:textId="77777777" w:rsidR="00CE09A5" w:rsidRDefault="00940C04">
            <w:pPr>
              <w:spacing w:after="0"/>
            </w:pPr>
            <w:r>
              <w:rPr>
                <w:sz w:val="15"/>
              </w:rPr>
              <w:t>Preparação e redação da versão inicial do manuscrito, incluindo tradução substantiva.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C286FC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  <w:tr w:rsidR="00CE09A5" w14:paraId="772B60C4" w14:textId="77777777" w:rsidTr="008F3A58">
        <w:trPr>
          <w:jc w:val="center"/>
        </w:trPr>
        <w:tc>
          <w:tcPr>
            <w:tcW w:w="1843" w:type="dxa"/>
            <w:shd w:val="clear" w:color="auto" w:fill="F2F2F2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0679B9" w14:textId="77777777" w:rsidR="00CE09A5" w:rsidRDefault="00940C04">
            <w:pPr>
              <w:spacing w:after="0"/>
            </w:pPr>
            <w:r>
              <w:rPr>
                <w:sz w:val="15"/>
              </w:rPr>
              <w:t>Redação - revisão e edição</w:t>
            </w:r>
          </w:p>
        </w:tc>
        <w:tc>
          <w:tcPr>
            <w:tcW w:w="5954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871CB" w14:textId="77777777" w:rsidR="00CE09A5" w:rsidRDefault="00940C04">
            <w:pPr>
              <w:spacing w:after="0"/>
            </w:pPr>
            <w:r>
              <w:rPr>
                <w:sz w:val="15"/>
              </w:rPr>
              <w:t>Revisão crítica, comentário e edição do manuscrito nas fases pré e pós-publicação.</w:t>
            </w:r>
          </w:p>
        </w:tc>
        <w:tc>
          <w:tcPr>
            <w:tcW w:w="2175" w:type="dxa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B24C70" w14:textId="77777777" w:rsidR="00CE09A5" w:rsidRDefault="00940C04">
            <w:pPr>
              <w:spacing w:after="0"/>
            </w:pPr>
            <w:r>
              <w:rPr>
                <w:sz w:val="15"/>
              </w:rPr>
              <w:t>Clique ou toque</w:t>
            </w:r>
          </w:p>
        </w:tc>
      </w:tr>
    </w:tbl>
    <w:p w14:paraId="0D1BAB23" w14:textId="77777777" w:rsidR="00404F31" w:rsidRDefault="00404F31" w:rsidP="00404F31">
      <w:pPr>
        <w:jc w:val="center"/>
      </w:pPr>
      <w:proofErr w:type="spellStart"/>
      <w:r>
        <w:rPr>
          <w:i/>
          <w:color w:val="646464"/>
          <w:sz w:val="17"/>
        </w:rPr>
        <w:t>Taxonomia</w:t>
      </w:r>
      <w:proofErr w:type="spellEnd"/>
      <w:r>
        <w:rPr>
          <w:i/>
          <w:color w:val="646464"/>
          <w:sz w:val="17"/>
        </w:rPr>
        <w:t xml:space="preserve"> </w:t>
      </w:r>
      <w:proofErr w:type="spellStart"/>
      <w:r>
        <w:rPr>
          <w:i/>
          <w:color w:val="646464"/>
          <w:sz w:val="17"/>
        </w:rPr>
        <w:t>CRediT</w:t>
      </w:r>
      <w:proofErr w:type="spellEnd"/>
      <w:r>
        <w:rPr>
          <w:i/>
          <w:color w:val="646464"/>
          <w:sz w:val="17"/>
        </w:rPr>
        <w:t xml:space="preserve">: Contributor Role Taxonomy, ANSI/NISO, 14 </w:t>
      </w:r>
      <w:proofErr w:type="spellStart"/>
      <w:r>
        <w:rPr>
          <w:i/>
          <w:color w:val="646464"/>
          <w:sz w:val="17"/>
        </w:rPr>
        <w:t>funções</w:t>
      </w:r>
      <w:proofErr w:type="spellEnd"/>
      <w:r>
        <w:rPr>
          <w:i/>
          <w:color w:val="646464"/>
          <w:sz w:val="17"/>
        </w:rPr>
        <w:t xml:space="preserve"> de </w:t>
      </w:r>
      <w:proofErr w:type="spellStart"/>
      <w:r>
        <w:rPr>
          <w:i/>
          <w:color w:val="646464"/>
          <w:sz w:val="17"/>
        </w:rPr>
        <w:t>contributo</w:t>
      </w:r>
      <w:proofErr w:type="spellEnd"/>
      <w:r>
        <w:rPr>
          <w:i/>
          <w:color w:val="646464"/>
          <w:sz w:val="17"/>
        </w:rPr>
        <w:t>.</w:t>
      </w:r>
    </w:p>
    <w:p w14:paraId="562C379D" w14:textId="7544ABD8" w:rsidR="00CE09A5" w:rsidRDefault="00940C04">
      <w:pPr>
        <w:pStyle w:val="RIISH1"/>
      </w:pPr>
      <w:r>
        <w:t>1.5. Declarações da Title Page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7836"/>
      </w:tblGrid>
      <w:tr w:rsidR="00CE09A5" w14:paraId="50918D95" w14:textId="77777777" w:rsidTr="00F31A88">
        <w:trPr>
          <w:jc w:val="center"/>
        </w:trPr>
        <w:tc>
          <w:tcPr>
            <w:tcW w:w="2126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5E57FA" w14:textId="77777777" w:rsidR="00CE09A5" w:rsidRDefault="00940C04">
            <w:pPr>
              <w:spacing w:after="0"/>
            </w:pPr>
            <w:proofErr w:type="spellStart"/>
            <w:r>
              <w:rPr>
                <w:b/>
                <w:sz w:val="18"/>
              </w:rPr>
              <w:t>Financiamento</w:t>
            </w:r>
            <w:proofErr w:type="spellEnd"/>
          </w:p>
        </w:tc>
        <w:tc>
          <w:tcPr>
            <w:tcW w:w="78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61F8C6" w14:textId="77777777" w:rsidR="00CE09A5" w:rsidRDefault="00940C04">
            <w:pPr>
              <w:spacing w:after="0"/>
            </w:pPr>
            <w:r>
              <w:rPr>
                <w:sz w:val="18"/>
              </w:rPr>
              <w:t>Quando aplicável, identifique as entidades financiadoras e o apoio financeiro relacionado com o estudo ou com a preparação do manuscrito. Quando inexistente, escreva: Não aplicável.</w:t>
            </w:r>
          </w:p>
        </w:tc>
      </w:tr>
      <w:tr w:rsidR="00CE09A5" w14:paraId="29428CBA" w14:textId="77777777" w:rsidTr="00F31A88">
        <w:trPr>
          <w:jc w:val="center"/>
        </w:trPr>
        <w:tc>
          <w:tcPr>
            <w:tcW w:w="2126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F17C2B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Conflitos de interesse</w:t>
            </w:r>
          </w:p>
        </w:tc>
        <w:tc>
          <w:tcPr>
            <w:tcW w:w="783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35852B" w14:textId="77777777" w:rsidR="00CE09A5" w:rsidRDefault="00940C04">
            <w:pPr>
              <w:spacing w:after="0"/>
            </w:pPr>
            <w:r>
              <w:rPr>
                <w:sz w:val="18"/>
              </w:rPr>
              <w:t>Declare a existência ou inexistência de conflitos de interesse relacionados com o manuscrito. Quando existam, identifique-os e descreva-os de forma clara e transparente.</w:t>
            </w:r>
          </w:p>
        </w:tc>
      </w:tr>
      <w:tr w:rsidR="00CE09A5" w14:paraId="775EAF65" w14:textId="77777777" w:rsidTr="00F31A88">
        <w:trPr>
          <w:jc w:val="center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1D87B2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Agradecimentos</w:t>
            </w:r>
          </w:p>
        </w:tc>
        <w:tc>
          <w:tcPr>
            <w:tcW w:w="7836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EBA67B" w14:textId="77777777" w:rsidR="00CE09A5" w:rsidRDefault="00940C04">
            <w:pPr>
              <w:spacing w:after="0"/>
            </w:pPr>
            <w:r>
              <w:rPr>
                <w:sz w:val="18"/>
              </w:rPr>
              <w:t>Quando pertinente, inclua uma nota redigida de forma genérica, sem identificar pessoas, instituições ou outras entidades.</w:t>
            </w:r>
          </w:p>
        </w:tc>
      </w:tr>
      <w:tr w:rsidR="00F31A88" w14:paraId="582DCE91" w14:textId="77777777" w:rsidTr="00F31A88">
        <w:trPr>
          <w:jc w:val="center"/>
        </w:trPr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1C81B0" w14:textId="77777777" w:rsidR="00F31A88" w:rsidRDefault="00F31A88">
            <w:pPr>
              <w:spacing w:after="0"/>
              <w:rPr>
                <w:b/>
                <w:sz w:val="18"/>
              </w:rPr>
            </w:pPr>
          </w:p>
        </w:tc>
        <w:tc>
          <w:tcPr>
            <w:tcW w:w="7836" w:type="dxa"/>
            <w:tcBorders>
              <w:left w:val="nil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A82205" w14:textId="77777777" w:rsidR="00F31A88" w:rsidRDefault="00F31A88">
            <w:pPr>
              <w:spacing w:after="0"/>
              <w:rPr>
                <w:sz w:val="18"/>
              </w:rPr>
            </w:pPr>
          </w:p>
        </w:tc>
      </w:tr>
      <w:tr w:rsidR="00CE09A5" w14:paraId="510724B2" w14:textId="77777777" w:rsidTr="00F31A88">
        <w:trPr>
          <w:jc w:val="center"/>
        </w:trPr>
        <w:tc>
          <w:tcPr>
            <w:tcW w:w="9962" w:type="dxa"/>
            <w:gridSpan w:val="2"/>
            <w:shd w:val="clear" w:color="auto" w:fill="9C0006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5387DDBB" w14:textId="77777777" w:rsidR="00CE09A5" w:rsidRDefault="00940C04">
            <w:pPr>
              <w:jc w:val="center"/>
            </w:pPr>
            <w:bookmarkStart w:id="2" w:name="declaracao"/>
            <w:r>
              <w:rPr>
                <w:b/>
                <w:color w:val="FFFFFF"/>
                <w:sz w:val="28"/>
              </w:rPr>
              <w:t>2. DECLARAÇÃO DE RESPONSABILIDADE DOS AUTORES</w:t>
            </w:r>
            <w:bookmarkEnd w:id="2"/>
          </w:p>
          <w:p w14:paraId="1E52294D" w14:textId="77777777" w:rsidR="00CE09A5" w:rsidRDefault="00940C04">
            <w:pPr>
              <w:jc w:val="center"/>
            </w:pPr>
            <w:r>
              <w:rPr>
                <w:color w:val="FFFFFF"/>
              </w:rPr>
              <w:t>Compromissos científicos, éticos e editoriais</w:t>
            </w:r>
          </w:p>
        </w:tc>
      </w:tr>
    </w:tbl>
    <w:p w14:paraId="1A17A392" w14:textId="77777777" w:rsidR="00CE09A5" w:rsidRDefault="00940C04">
      <w:pPr>
        <w:pStyle w:val="RIISH1"/>
      </w:pPr>
      <w:r>
        <w:t>2.1. Declaração</w:t>
      </w:r>
    </w:p>
    <w:p w14:paraId="17EAE8E4" w14:textId="77777777" w:rsidR="00CE09A5" w:rsidRDefault="00940C04">
      <w:r>
        <w:t>Os autores declaram que o manuscrito é original, inédito e não se encontra publicado nem em avaliação noutra revista; que todos participaram de forma relevante, aprovaram a versão submetida e a ordem de autoria; e que assumem responsabilidade pela qualidade científica, metodológica, ética, linguística e formal do manuscrito.</w:t>
      </w:r>
    </w:p>
    <w:p w14:paraId="29F525EE" w14:textId="77777777" w:rsidR="00CE09A5" w:rsidRDefault="00940C04">
      <w:r>
        <w:t>Os autores confirmam que os dados, resultados, citações e referências são exatos e verificáveis e que foram cumpridos os requisitos aplicáveis de ética, consentimento, confidencialidade, proteção dos dados, direitos de autor e transparência.</w:t>
      </w:r>
    </w:p>
    <w:p w14:paraId="3CBCF0A8" w14:textId="77777777" w:rsidR="00CE09A5" w:rsidRDefault="00940C04">
      <w:r>
        <w:t>Os autores confirmam que as informações prestadas na Title Page, incluindo autoria, afiliações, contributos, financiamento, conflitos de interesse e agradecimentos, são completas e corretas.</w:t>
      </w:r>
    </w:p>
    <w:p w14:paraId="7886D90C" w14:textId="16FAF5E5" w:rsidR="00F31A88" w:rsidRDefault="00811557" w:rsidP="00DD01A4">
      <w:pPr>
        <w:ind w:left="85"/>
      </w:pPr>
      <w:sdt>
        <w:sdtPr>
          <w:rPr>
            <w:color w:val="9C0006"/>
          </w:rPr>
          <w:id w:val="-1325889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autores</w:t>
      </w:r>
      <w:proofErr w:type="spellEnd"/>
      <w:r w:rsidR="00940C04">
        <w:t xml:space="preserve"> </w:t>
      </w:r>
      <w:proofErr w:type="spellStart"/>
      <w:r w:rsidR="00940C04">
        <w:t>aceitam</w:t>
      </w:r>
      <w:proofErr w:type="spellEnd"/>
      <w:r w:rsidR="00940C04">
        <w:t xml:space="preserve"> o processo editorial da RIIS e reconhecem que a submissão do manuscrito não garante a sua aceitação.</w:t>
      </w:r>
    </w:p>
    <w:p w14:paraId="57B05A1C" w14:textId="743035A4" w:rsidR="00CE09A5" w:rsidRDefault="00940C04">
      <w:pPr>
        <w:pStyle w:val="RIISH1"/>
      </w:pPr>
      <w:r>
        <w:t>2.2. Origem do trabalho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6139"/>
      </w:tblGrid>
      <w:tr w:rsidR="00CE09A5" w14:paraId="1B016518" w14:textId="77777777" w:rsidTr="00F31A88">
        <w:trPr>
          <w:jc w:val="center"/>
        </w:trPr>
        <w:tc>
          <w:tcPr>
            <w:tcW w:w="3823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7DC189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 xml:space="preserve">O </w:t>
            </w:r>
            <w:proofErr w:type="spellStart"/>
            <w:r>
              <w:rPr>
                <w:b/>
                <w:sz w:val="18"/>
              </w:rPr>
              <w:t>manuscrito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resulta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trabalho</w:t>
            </w:r>
            <w:proofErr w:type="spellEnd"/>
            <w:r>
              <w:rPr>
                <w:b/>
                <w:sz w:val="18"/>
              </w:rPr>
              <w:t xml:space="preserve"> académico?</w:t>
            </w:r>
          </w:p>
        </w:tc>
        <w:tc>
          <w:tcPr>
            <w:tcW w:w="613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7664AF" w14:textId="41DB3D90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20403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   </w:t>
            </w:r>
            <w:sdt>
              <w:sdtPr>
                <w:rPr>
                  <w:color w:val="9C0006"/>
                </w:rPr>
                <w:id w:val="170298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Sim</w:t>
            </w:r>
          </w:p>
        </w:tc>
      </w:tr>
      <w:tr w:rsidR="00CE09A5" w14:paraId="441F5A63" w14:textId="77777777" w:rsidTr="00F31A88">
        <w:trPr>
          <w:jc w:val="center"/>
        </w:trPr>
        <w:tc>
          <w:tcPr>
            <w:tcW w:w="3823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00331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Tipo de trabalho</w:t>
            </w:r>
          </w:p>
        </w:tc>
        <w:tc>
          <w:tcPr>
            <w:tcW w:w="613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D72E7D" w14:textId="314B97C1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12517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Tese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95606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Dissertação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125331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Relatório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-121241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Outro</w:t>
            </w:r>
          </w:p>
        </w:tc>
      </w:tr>
      <w:tr w:rsidR="00CE09A5" w14:paraId="2BD166B4" w14:textId="77777777" w:rsidTr="00F31A88">
        <w:trPr>
          <w:jc w:val="center"/>
        </w:trPr>
        <w:tc>
          <w:tcPr>
            <w:tcW w:w="3823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DB4DE1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lastRenderedPageBreak/>
              <w:t>Link para o trabalho</w:t>
            </w:r>
          </w:p>
        </w:tc>
        <w:tc>
          <w:tcPr>
            <w:tcW w:w="6139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74FE8" w14:textId="77777777" w:rsidR="00CE09A5" w:rsidRDefault="00940C04">
            <w:pPr>
              <w:spacing w:after="0"/>
            </w:pPr>
            <w:r>
              <w:rPr>
                <w:sz w:val="18"/>
              </w:rPr>
              <w:t>Clique ou toque para introduzir a ligação, quando aplicável</w:t>
            </w:r>
          </w:p>
        </w:tc>
      </w:tr>
    </w:tbl>
    <w:p w14:paraId="1B5DD5B1" w14:textId="77777777" w:rsidR="00CE09A5" w:rsidRDefault="00940C04">
      <w:pPr>
        <w:pStyle w:val="RIISH1"/>
      </w:pPr>
      <w:r>
        <w:t>2.3. Declarações específicas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825"/>
        <w:gridCol w:w="6137"/>
      </w:tblGrid>
      <w:tr w:rsidR="00CE09A5" w14:paraId="22B17A9A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DBBA05" w14:textId="77777777" w:rsidR="00CE09A5" w:rsidRDefault="00940C04">
            <w:pPr>
              <w:spacing w:after="0"/>
            </w:pPr>
            <w:proofErr w:type="spellStart"/>
            <w:r>
              <w:rPr>
                <w:b/>
                <w:sz w:val="18"/>
              </w:rPr>
              <w:t>Aprovação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ética</w:t>
            </w:r>
            <w:proofErr w:type="spellEnd"/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7C4008" w14:textId="147C58A3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-142394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</w:t>
            </w:r>
            <w:proofErr w:type="spellStart"/>
            <w:r w:rsidR="00940C04">
              <w:rPr>
                <w:sz w:val="18"/>
              </w:rPr>
              <w:t>aplicável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-26662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Obtida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20919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Dispensa </w:t>
            </w:r>
            <w:proofErr w:type="spellStart"/>
            <w:r w:rsidR="00940C04">
              <w:rPr>
                <w:sz w:val="18"/>
              </w:rPr>
              <w:t>fundamentada</w:t>
            </w:r>
            <w:proofErr w:type="spellEnd"/>
          </w:p>
        </w:tc>
      </w:tr>
      <w:tr w:rsidR="00CE09A5" w14:paraId="0DBC1951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B93DFD" w14:textId="77777777" w:rsidR="00CE09A5" w:rsidRDefault="00940C04">
            <w:pPr>
              <w:spacing w:after="0"/>
            </w:pPr>
            <w:proofErr w:type="spellStart"/>
            <w:r>
              <w:rPr>
                <w:b/>
                <w:sz w:val="18"/>
              </w:rPr>
              <w:t>Comissão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referência</w:t>
            </w:r>
            <w:proofErr w:type="spellEnd"/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8BD6CC" w14:textId="77777777" w:rsidR="00CE09A5" w:rsidRDefault="00940C04">
            <w:pPr>
              <w:spacing w:after="0"/>
            </w:pPr>
            <w:r>
              <w:rPr>
                <w:sz w:val="18"/>
              </w:rPr>
              <w:t xml:space="preserve">Clique ou toque para </w:t>
            </w:r>
            <w:proofErr w:type="spellStart"/>
            <w:r>
              <w:rPr>
                <w:sz w:val="18"/>
              </w:rPr>
              <w:t>introduzir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identificação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quando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aplicável</w:t>
            </w:r>
            <w:proofErr w:type="spellEnd"/>
          </w:p>
        </w:tc>
      </w:tr>
      <w:tr w:rsidR="00CE09A5" w14:paraId="36BB5855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23FDAA" w14:textId="77777777" w:rsidR="00CE09A5" w:rsidRDefault="00940C04">
            <w:pPr>
              <w:spacing w:after="0"/>
            </w:pPr>
            <w:proofErr w:type="spellStart"/>
            <w:r>
              <w:rPr>
                <w:b/>
                <w:sz w:val="18"/>
              </w:rPr>
              <w:t>Consentimento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informado</w:t>
            </w:r>
            <w:proofErr w:type="spellEnd"/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C70FF0" w14:textId="184C6138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28941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</w:t>
            </w:r>
            <w:proofErr w:type="spellStart"/>
            <w:r w:rsidR="00940C04">
              <w:rPr>
                <w:sz w:val="18"/>
              </w:rPr>
              <w:t>aplicável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-66000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Obtido</w:t>
            </w:r>
            <w:proofErr w:type="spellEnd"/>
          </w:p>
        </w:tc>
      </w:tr>
      <w:tr w:rsidR="00CE09A5" w14:paraId="7515C277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388F51" w14:textId="77777777" w:rsidR="00CE09A5" w:rsidRDefault="00940C04">
            <w:pPr>
              <w:spacing w:after="0"/>
            </w:pPr>
            <w:proofErr w:type="spellStart"/>
            <w:r>
              <w:rPr>
                <w:b/>
                <w:sz w:val="18"/>
              </w:rPr>
              <w:t>Consentimento</w:t>
            </w:r>
            <w:proofErr w:type="spellEnd"/>
            <w:r>
              <w:rPr>
                <w:b/>
                <w:sz w:val="18"/>
              </w:rPr>
              <w:t xml:space="preserve"> para </w:t>
            </w:r>
            <w:proofErr w:type="spellStart"/>
            <w:r>
              <w:rPr>
                <w:b/>
                <w:sz w:val="18"/>
              </w:rPr>
              <w:t>publicação</w:t>
            </w:r>
            <w:proofErr w:type="spellEnd"/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DEF97B" w14:textId="3FD6A8A3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-67048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</w:t>
            </w:r>
            <w:proofErr w:type="spellStart"/>
            <w:r w:rsidR="00940C04">
              <w:rPr>
                <w:sz w:val="18"/>
              </w:rPr>
              <w:t>aplicável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-76238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Obtido</w:t>
            </w:r>
            <w:proofErr w:type="spellEnd"/>
          </w:p>
        </w:tc>
      </w:tr>
      <w:tr w:rsidR="00CE09A5" w14:paraId="72C94C99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D246D1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Disponibilidade dos dados</w:t>
            </w:r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F395DE" w14:textId="1E51EA05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-43884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Repositório    </w:t>
            </w:r>
            <w:sdt>
              <w:sdtPr>
                <w:rPr>
                  <w:color w:val="9C0006"/>
                </w:rPr>
                <w:id w:val="102152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Mediante pedido    </w:t>
            </w:r>
            <w:sdt>
              <w:sdtPr>
                <w:rPr>
                  <w:color w:val="9C0006"/>
                </w:rPr>
                <w:id w:val="-147875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disponíveis  </w:t>
            </w:r>
            <w:r w:rsidR="00404F31">
              <w:rPr>
                <w:sz w:val="18"/>
              </w:rPr>
              <w:t xml:space="preserve">      </w:t>
            </w:r>
            <w:r w:rsidR="00940C04">
              <w:rPr>
                <w:sz w:val="18"/>
              </w:rPr>
              <w:t xml:space="preserve">  </w:t>
            </w:r>
            <w:sdt>
              <w:sdtPr>
                <w:rPr>
                  <w:color w:val="9C0006"/>
                </w:rPr>
                <w:id w:val="-125573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404F31">
              <w:rPr>
                <w:sz w:val="18"/>
              </w:rPr>
              <w:t xml:space="preserve"> </w:t>
            </w:r>
            <w:r w:rsidR="00940C04">
              <w:rPr>
                <w:sz w:val="18"/>
              </w:rPr>
              <w:t>Não aplicável</w:t>
            </w:r>
          </w:p>
        </w:tc>
      </w:tr>
      <w:tr w:rsidR="00CE09A5" w14:paraId="3EE9D466" w14:textId="77777777" w:rsidTr="008F3A58">
        <w:trPr>
          <w:jc w:val="center"/>
        </w:trPr>
        <w:tc>
          <w:tcPr>
            <w:tcW w:w="3828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8C7974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Utilização de inteligência artificial</w:t>
            </w:r>
          </w:p>
        </w:tc>
        <w:tc>
          <w:tcPr>
            <w:tcW w:w="6144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1C11F6" w14:textId="67239110" w:rsidR="00CE09A5" w:rsidRDefault="00811557">
            <w:pPr>
              <w:spacing w:after="0"/>
            </w:pPr>
            <w:sdt>
              <w:sdtPr>
                <w:rPr>
                  <w:color w:val="9C0006"/>
                </w:rPr>
                <w:id w:val="-171472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F31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Não </w:t>
            </w:r>
            <w:proofErr w:type="spellStart"/>
            <w:r w:rsidR="00940C04">
              <w:rPr>
                <w:sz w:val="18"/>
              </w:rPr>
              <w:t>foi</w:t>
            </w:r>
            <w:proofErr w:type="spellEnd"/>
            <w:r w:rsidR="00940C04">
              <w:rPr>
                <w:sz w:val="18"/>
              </w:rPr>
              <w:t xml:space="preserve"> </w:t>
            </w:r>
            <w:proofErr w:type="spellStart"/>
            <w:r w:rsidR="00940C04">
              <w:rPr>
                <w:sz w:val="18"/>
              </w:rPr>
              <w:t>utilizada</w:t>
            </w:r>
            <w:proofErr w:type="spellEnd"/>
            <w:r w:rsidR="00940C04">
              <w:rPr>
                <w:sz w:val="18"/>
              </w:rPr>
              <w:t xml:space="preserve"> IA</w:t>
            </w:r>
            <w:r w:rsidR="00404F31">
              <w:rPr>
                <w:sz w:val="18"/>
              </w:rPr>
              <w:t xml:space="preserve"> </w:t>
            </w:r>
            <w:proofErr w:type="spellStart"/>
            <w:r w:rsidR="00404F31">
              <w:rPr>
                <w:sz w:val="18"/>
              </w:rPr>
              <w:t>gener</w:t>
            </w:r>
            <w:r w:rsidR="00A95296">
              <w:rPr>
                <w:sz w:val="18"/>
              </w:rPr>
              <w:t>a</w:t>
            </w:r>
            <w:r w:rsidR="00404F31">
              <w:rPr>
                <w:sz w:val="18"/>
              </w:rPr>
              <w:t>tiva</w:t>
            </w:r>
            <w:proofErr w:type="spellEnd"/>
            <w:r w:rsidR="00940C04">
              <w:rPr>
                <w:sz w:val="18"/>
              </w:rPr>
              <w:t xml:space="preserve">    </w:t>
            </w:r>
            <w:sdt>
              <w:sdtPr>
                <w:rPr>
                  <w:color w:val="9C0006"/>
                </w:rPr>
                <w:id w:val="208124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A88">
                  <w:rPr>
                    <w:rFonts w:ascii="MS Gothic" w:eastAsia="MS Gothic" w:hAnsi="MS Gothic" w:hint="eastAsia"/>
                    <w:color w:val="9C0006"/>
                  </w:rPr>
                  <w:t>☐</w:t>
                </w:r>
              </w:sdtContent>
            </w:sdt>
            <w:r w:rsidR="00940C04">
              <w:rPr>
                <w:sz w:val="18"/>
              </w:rPr>
              <w:t xml:space="preserve"> Foi </w:t>
            </w:r>
            <w:proofErr w:type="spellStart"/>
            <w:r w:rsidR="00940C04">
              <w:rPr>
                <w:sz w:val="18"/>
              </w:rPr>
              <w:t>utilizada</w:t>
            </w:r>
            <w:proofErr w:type="spellEnd"/>
            <w:r w:rsidR="00404F31">
              <w:rPr>
                <w:sz w:val="18"/>
              </w:rPr>
              <w:br/>
            </w:r>
            <w:proofErr w:type="spellStart"/>
            <w:r w:rsidR="00940C04">
              <w:rPr>
                <w:sz w:val="18"/>
              </w:rPr>
              <w:t>Indique</w:t>
            </w:r>
            <w:proofErr w:type="spellEnd"/>
            <w:r w:rsidR="00940C04">
              <w:rPr>
                <w:sz w:val="18"/>
              </w:rPr>
              <w:t xml:space="preserve"> a ferramenta, a finalidade e a forma de supervisão humana.</w:t>
            </w:r>
          </w:p>
        </w:tc>
      </w:tr>
    </w:tbl>
    <w:p w14:paraId="2B861237" w14:textId="77777777" w:rsidR="00CE09A5" w:rsidRDefault="00940C04">
      <w:pPr>
        <w:pStyle w:val="RIISH1"/>
      </w:pPr>
      <w:r>
        <w:t>2.4. Identificação e assinatura</w:t>
      </w:r>
    </w:p>
    <w:p w14:paraId="5175948E" w14:textId="77777777" w:rsidR="00CE09A5" w:rsidRDefault="00940C04">
      <w:r>
        <w:rPr>
          <w:sz w:val="18"/>
        </w:rPr>
        <w:t>A assinatura confirma a leitura e a aceitação integral desta declaração. Acrescente linhas conforme o número de autores.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CE09A5" w14:paraId="338400D5" w14:textId="77777777">
        <w:trPr>
          <w:jc w:val="center"/>
        </w:trPr>
        <w:tc>
          <w:tcPr>
            <w:tcW w:w="3324" w:type="dxa"/>
            <w:shd w:val="clear" w:color="auto" w:fill="9C000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D0FDDA" w14:textId="77777777" w:rsidR="00CE09A5" w:rsidRDefault="00940C04">
            <w:r>
              <w:rPr>
                <w:b/>
                <w:color w:val="FFFFFF"/>
                <w:sz w:val="18"/>
              </w:rPr>
              <w:t>Nome</w:t>
            </w:r>
          </w:p>
        </w:tc>
        <w:tc>
          <w:tcPr>
            <w:tcW w:w="3324" w:type="dxa"/>
            <w:shd w:val="clear" w:color="auto" w:fill="9C000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AA76E1C" w14:textId="77777777" w:rsidR="00CE09A5" w:rsidRDefault="00940C04">
            <w:r>
              <w:rPr>
                <w:b/>
                <w:color w:val="FFFFFF"/>
                <w:sz w:val="18"/>
              </w:rPr>
              <w:t>Assinatura</w:t>
            </w:r>
          </w:p>
        </w:tc>
        <w:tc>
          <w:tcPr>
            <w:tcW w:w="3324" w:type="dxa"/>
            <w:shd w:val="clear" w:color="auto" w:fill="9C000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3800D0" w14:textId="77777777" w:rsidR="00CE09A5" w:rsidRDefault="00940C04">
            <w:r>
              <w:rPr>
                <w:b/>
                <w:color w:val="FFFFFF"/>
                <w:sz w:val="18"/>
              </w:rPr>
              <w:t>Data</w:t>
            </w:r>
          </w:p>
        </w:tc>
      </w:tr>
      <w:tr w:rsidR="00CE09A5" w14:paraId="4155D747" w14:textId="77777777">
        <w:trPr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20B9FA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8B9A6B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AFB23D" w14:textId="77777777" w:rsidR="00CE09A5" w:rsidRDefault="00940C04">
            <w:r>
              <w:rPr>
                <w:sz w:val="18"/>
              </w:rPr>
              <w:t>Clique ou toque</w:t>
            </w:r>
          </w:p>
        </w:tc>
      </w:tr>
      <w:tr w:rsidR="00CE09A5" w14:paraId="4AE5F0F0" w14:textId="77777777">
        <w:trPr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30A838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B235A1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DC00753" w14:textId="77777777" w:rsidR="00CE09A5" w:rsidRDefault="00940C04">
            <w:r>
              <w:rPr>
                <w:sz w:val="18"/>
              </w:rPr>
              <w:t>Clique ou toque</w:t>
            </w:r>
          </w:p>
        </w:tc>
      </w:tr>
      <w:tr w:rsidR="00CE09A5" w14:paraId="55C8F071" w14:textId="77777777">
        <w:trPr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5915B4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A29785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E9BB058" w14:textId="77777777" w:rsidR="00CE09A5" w:rsidRDefault="00940C04">
            <w:r>
              <w:rPr>
                <w:sz w:val="18"/>
              </w:rPr>
              <w:t>Clique ou toque</w:t>
            </w:r>
          </w:p>
        </w:tc>
      </w:tr>
      <w:tr w:rsidR="00CE09A5" w14:paraId="52C16092" w14:textId="77777777">
        <w:trPr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BCFC0A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1DCF12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9DAB4D" w14:textId="77777777" w:rsidR="00CE09A5" w:rsidRDefault="00940C04">
            <w:r>
              <w:rPr>
                <w:sz w:val="18"/>
              </w:rPr>
              <w:t>Clique ou toque</w:t>
            </w:r>
          </w:p>
        </w:tc>
      </w:tr>
      <w:tr w:rsidR="00CE09A5" w14:paraId="78D152F3" w14:textId="77777777">
        <w:trPr>
          <w:jc w:val="center"/>
        </w:trPr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A29256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D4CA26" w14:textId="77777777" w:rsidR="00CE09A5" w:rsidRDefault="00940C04">
            <w:r>
              <w:rPr>
                <w:sz w:val="18"/>
              </w:rPr>
              <w:t>Clique ou toque</w:t>
            </w:r>
          </w:p>
        </w:tc>
        <w:tc>
          <w:tcPr>
            <w:tcW w:w="332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5C1CFF" w14:textId="77777777" w:rsidR="00CE09A5" w:rsidRDefault="00940C04">
            <w:r>
              <w:rPr>
                <w:sz w:val="18"/>
              </w:rPr>
              <w:t>Clique ou toque</w:t>
            </w:r>
          </w:p>
        </w:tc>
      </w:tr>
    </w:tbl>
    <w:p w14:paraId="11683F33" w14:textId="355AB93E" w:rsidR="00CE09A5" w:rsidRDefault="00CE09A5">
      <w:pPr>
        <w:jc w:val="right"/>
      </w:pPr>
    </w:p>
    <w:tbl>
      <w:tblPr>
        <w:tblStyle w:val="TabelacomGrelha"/>
        <w:tblW w:w="10060" w:type="dxa"/>
        <w:jc w:val="center"/>
        <w:tblLook w:val="04A0" w:firstRow="1" w:lastRow="0" w:firstColumn="1" w:lastColumn="0" w:noHBand="0" w:noVBand="1"/>
      </w:tblPr>
      <w:tblGrid>
        <w:gridCol w:w="10060"/>
      </w:tblGrid>
      <w:tr w:rsidR="00CE09A5" w14:paraId="52D59249" w14:textId="77777777" w:rsidTr="00F31A88">
        <w:trPr>
          <w:jc w:val="center"/>
        </w:trPr>
        <w:tc>
          <w:tcPr>
            <w:tcW w:w="10060" w:type="dxa"/>
            <w:shd w:val="clear" w:color="auto" w:fill="9C0006"/>
            <w:tcMar>
              <w:top w:w="110" w:type="dxa"/>
              <w:left w:w="80" w:type="dxa"/>
              <w:bottom w:w="110" w:type="dxa"/>
              <w:right w:w="80" w:type="dxa"/>
            </w:tcMar>
          </w:tcPr>
          <w:p w14:paraId="1784768F" w14:textId="77777777" w:rsidR="00CE09A5" w:rsidRDefault="00940C04">
            <w:pPr>
              <w:jc w:val="center"/>
            </w:pPr>
            <w:bookmarkStart w:id="3" w:name="checklist"/>
            <w:r>
              <w:rPr>
                <w:b/>
                <w:color w:val="FFFFFF"/>
                <w:sz w:val="28"/>
              </w:rPr>
              <w:t>3. CHECKLIST DE AUTOVERIFICAÇÃO</w:t>
            </w:r>
            <w:bookmarkEnd w:id="3"/>
          </w:p>
          <w:p w14:paraId="4FC4FAC7" w14:textId="77777777" w:rsidR="00CE09A5" w:rsidRDefault="00940C04">
            <w:pPr>
              <w:jc w:val="center"/>
            </w:pPr>
            <w:r>
              <w:rPr>
                <w:color w:val="FFFFFF"/>
              </w:rPr>
              <w:t>Confirmação final antes da submissão</w:t>
            </w:r>
          </w:p>
        </w:tc>
      </w:tr>
      <w:tr w:rsidR="00CE09A5" w14:paraId="22EEF429" w14:textId="77777777" w:rsidTr="00F31A88">
        <w:tblPrEx>
          <w:jc w:val="left"/>
        </w:tblPrEx>
        <w:tc>
          <w:tcPr>
            <w:tcW w:w="10060" w:type="dxa"/>
            <w:shd w:val="clear" w:color="auto" w:fill="F7E8E9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659ED3C" w14:textId="77777777" w:rsidR="00CE09A5" w:rsidRDefault="00940C04">
            <w:proofErr w:type="spellStart"/>
            <w:r>
              <w:rPr>
                <w:b/>
              </w:rPr>
              <w:t>Nota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os</w:t>
            </w:r>
            <w:proofErr w:type="spellEnd"/>
            <w:r>
              <w:t xml:space="preserve"> dados de identificação, autoria, afiliações, contributos e declarações não são repetidos nesta secção; devem ser verificados nas secções 1 e 2 deste documento.</w:t>
            </w:r>
          </w:p>
        </w:tc>
      </w:tr>
    </w:tbl>
    <w:p w14:paraId="441988CF" w14:textId="77777777" w:rsidR="00CE09A5" w:rsidRDefault="00940C04">
      <w:pPr>
        <w:pStyle w:val="RIISH1"/>
      </w:pPr>
      <w:r>
        <w:t>3.1. Tipologia e ficheiros</w:t>
      </w:r>
    </w:p>
    <w:p w14:paraId="22A244B8" w14:textId="7F9B31CE" w:rsidR="00CE09A5" w:rsidRDefault="00811557">
      <w:pPr>
        <w:ind w:left="85"/>
      </w:pPr>
      <w:sdt>
        <w:sdtPr>
          <w:rPr>
            <w:color w:val="9C0006"/>
          </w:rPr>
          <w:id w:val="-280728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t xml:space="preserve">A </w:t>
      </w:r>
      <w:proofErr w:type="spellStart"/>
      <w:r w:rsidR="00940C04">
        <w:t>tipologia</w:t>
      </w:r>
      <w:proofErr w:type="spellEnd"/>
      <w:r w:rsidR="00940C04">
        <w:t xml:space="preserve"> do </w:t>
      </w:r>
      <w:proofErr w:type="spellStart"/>
      <w:r w:rsidR="00940C04">
        <w:t>manuscrito</w:t>
      </w:r>
      <w:proofErr w:type="spellEnd"/>
      <w:r w:rsidR="00940C04">
        <w:t xml:space="preserve"> </w:t>
      </w:r>
      <w:proofErr w:type="spellStart"/>
      <w:r w:rsidR="00940C04">
        <w:t>foi</w:t>
      </w:r>
      <w:proofErr w:type="spellEnd"/>
      <w:r w:rsidR="00940C04">
        <w:t xml:space="preserve"> corretamente assinalada na Title Page e no OJS.</w:t>
      </w:r>
    </w:p>
    <w:p w14:paraId="46330050" w14:textId="66C0B03F" w:rsidR="00CE09A5" w:rsidRDefault="00811557">
      <w:pPr>
        <w:ind w:left="85"/>
      </w:pPr>
      <w:sdt>
        <w:sdtPr>
          <w:rPr>
            <w:color w:val="9C0006"/>
          </w:rPr>
          <w:id w:val="205442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O </w:t>
      </w:r>
      <w:proofErr w:type="spellStart"/>
      <w:r w:rsidR="00940C04">
        <w:t>manuscrito</w:t>
      </w:r>
      <w:proofErr w:type="spellEnd"/>
      <w:r w:rsidR="00940C04">
        <w:t xml:space="preserve"> </w:t>
      </w:r>
      <w:proofErr w:type="spellStart"/>
      <w:r w:rsidR="00940C04">
        <w:t>anonimizado</w:t>
      </w:r>
      <w:proofErr w:type="spellEnd"/>
      <w:r w:rsidR="00940C04">
        <w:t xml:space="preserve"> </w:t>
      </w:r>
      <w:proofErr w:type="spellStart"/>
      <w:r w:rsidR="00940C04">
        <w:t>foi</w:t>
      </w:r>
      <w:proofErr w:type="spellEnd"/>
      <w:r w:rsidR="00940C04">
        <w:t xml:space="preserve"> </w:t>
      </w:r>
      <w:proofErr w:type="spellStart"/>
      <w:r w:rsidR="00940C04">
        <w:t>preparado</w:t>
      </w:r>
      <w:proofErr w:type="spellEnd"/>
      <w:r w:rsidR="00940C04">
        <w:t xml:space="preserve"> de </w:t>
      </w:r>
      <w:proofErr w:type="spellStart"/>
      <w:r w:rsidR="00940C04">
        <w:t>acordo</w:t>
      </w:r>
      <w:proofErr w:type="spellEnd"/>
      <w:r w:rsidR="00940C04">
        <w:t xml:space="preserve"> com o template da RIIS.</w:t>
      </w:r>
    </w:p>
    <w:p w14:paraId="2D9FE31E" w14:textId="7B7A045A" w:rsidR="00CE09A5" w:rsidRDefault="00811557">
      <w:pPr>
        <w:ind w:left="85"/>
      </w:pPr>
      <w:sdt>
        <w:sdtPr>
          <w:rPr>
            <w:color w:val="9C0006"/>
          </w:rPr>
          <w:id w:val="-198584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Este </w:t>
      </w:r>
      <w:proofErr w:type="spellStart"/>
      <w:r w:rsidR="00940C04">
        <w:t>documento</w:t>
      </w:r>
      <w:proofErr w:type="spellEnd"/>
      <w:r w:rsidR="00940C04">
        <w:t xml:space="preserve"> </w:t>
      </w:r>
      <w:proofErr w:type="spellStart"/>
      <w:r w:rsidR="00940C04">
        <w:t>único</w:t>
      </w:r>
      <w:proofErr w:type="spellEnd"/>
      <w:r w:rsidR="00940C04">
        <w:t xml:space="preserve"> </w:t>
      </w:r>
      <w:proofErr w:type="spellStart"/>
      <w:r w:rsidR="00940C04">
        <w:t>está</w:t>
      </w:r>
      <w:proofErr w:type="spellEnd"/>
      <w:r w:rsidR="00940C04">
        <w:t xml:space="preserve"> </w:t>
      </w:r>
      <w:proofErr w:type="spellStart"/>
      <w:r w:rsidR="00940C04">
        <w:t>integralmente</w:t>
      </w:r>
      <w:proofErr w:type="spellEnd"/>
      <w:r w:rsidR="00940C04">
        <w:t xml:space="preserve"> preenchido e assinado.</w:t>
      </w:r>
    </w:p>
    <w:p w14:paraId="69D8B882" w14:textId="1967D013" w:rsidR="00CE09A5" w:rsidRDefault="00811557">
      <w:pPr>
        <w:ind w:left="85"/>
      </w:pPr>
      <w:sdt>
        <w:sdtPr>
          <w:rPr>
            <w:color w:val="9C0006"/>
          </w:rPr>
          <w:id w:val="1381363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O </w:t>
      </w:r>
      <w:proofErr w:type="spellStart"/>
      <w:r w:rsidR="00940C04">
        <w:t>parecer</w:t>
      </w:r>
      <w:proofErr w:type="spellEnd"/>
      <w:r w:rsidR="00940C04">
        <w:t xml:space="preserve"> da </w:t>
      </w:r>
      <w:proofErr w:type="spellStart"/>
      <w:r w:rsidR="00940C04">
        <w:t>comissão</w:t>
      </w:r>
      <w:proofErr w:type="spellEnd"/>
      <w:r w:rsidR="00940C04">
        <w:t xml:space="preserve"> de ética ou a declaração fundamentada de dispensa está disponível, quando aplicável.</w:t>
      </w:r>
    </w:p>
    <w:p w14:paraId="3A2B3F6C" w14:textId="0F851E70" w:rsidR="00CE09A5" w:rsidRDefault="00811557">
      <w:pPr>
        <w:ind w:left="85"/>
      </w:pPr>
      <w:sdt>
        <w:sdtPr>
          <w:rPr>
            <w:color w:val="9C0006"/>
          </w:rPr>
          <w:id w:val="15272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consentimento</w:t>
      </w:r>
      <w:proofErr w:type="spellEnd"/>
      <w:r w:rsidR="00940C04">
        <w:t xml:space="preserve"> </w:t>
      </w:r>
      <w:proofErr w:type="spellStart"/>
      <w:r w:rsidR="00940C04">
        <w:t>informado</w:t>
      </w:r>
      <w:proofErr w:type="spellEnd"/>
      <w:r w:rsidR="00940C04">
        <w:t xml:space="preserve"> ou o consentimento para publicação está disponível, quando aplicável.</w:t>
      </w:r>
    </w:p>
    <w:p w14:paraId="282CF72A" w14:textId="77777777" w:rsidR="00CE09A5" w:rsidRDefault="00940C04">
      <w:pPr>
        <w:pStyle w:val="RIISH1"/>
      </w:pPr>
      <w:r>
        <w:t>3.2. Formatação</w:t>
      </w:r>
    </w:p>
    <w:p w14:paraId="6012D36F" w14:textId="7482319A" w:rsidR="00CE09A5" w:rsidRDefault="00811557">
      <w:pPr>
        <w:ind w:left="85"/>
      </w:pPr>
      <w:sdt>
        <w:sdtPr>
          <w:rPr>
            <w:color w:val="9C0006"/>
          </w:rPr>
          <w:id w:val="868340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O </w:t>
      </w:r>
      <w:proofErr w:type="spellStart"/>
      <w:r w:rsidR="00940C04">
        <w:t>manuscrito</w:t>
      </w:r>
      <w:proofErr w:type="spellEnd"/>
      <w:r w:rsidR="00940C04">
        <w:t xml:space="preserve"> </w:t>
      </w:r>
      <w:proofErr w:type="spellStart"/>
      <w:r w:rsidR="00940C04">
        <w:t>está</w:t>
      </w:r>
      <w:proofErr w:type="spellEnd"/>
      <w:r w:rsidR="00940C04">
        <w:t xml:space="preserve"> em </w:t>
      </w:r>
      <w:proofErr w:type="spellStart"/>
      <w:r w:rsidR="00940C04">
        <w:t>formato</w:t>
      </w:r>
      <w:proofErr w:type="spellEnd"/>
      <w:r w:rsidR="00940C04">
        <w:t xml:space="preserve"> Microsoft Word editável.</w:t>
      </w:r>
    </w:p>
    <w:p w14:paraId="4D46269C" w14:textId="4933482C" w:rsidR="00CE09A5" w:rsidRDefault="00811557">
      <w:pPr>
        <w:ind w:left="85"/>
      </w:pPr>
      <w:sdt>
        <w:sdtPr>
          <w:rPr>
            <w:color w:val="9C0006"/>
          </w:rPr>
          <w:id w:val="-25205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Utiliza</w:t>
      </w:r>
      <w:proofErr w:type="spellEnd"/>
      <w:r w:rsidR="00940C04">
        <w:t xml:space="preserve"> </w:t>
      </w:r>
      <w:proofErr w:type="spellStart"/>
      <w:r w:rsidR="00940C04">
        <w:t>página</w:t>
      </w:r>
      <w:proofErr w:type="spellEnd"/>
      <w:r w:rsidR="00940C04">
        <w:t xml:space="preserve"> A4, </w:t>
      </w:r>
      <w:proofErr w:type="spellStart"/>
      <w:r w:rsidR="00940C04">
        <w:t>margens</w:t>
      </w:r>
      <w:proofErr w:type="spellEnd"/>
      <w:r w:rsidR="00940C04">
        <w:t xml:space="preserve"> de 2,5 cm, letra Calibri 11, espaçamento de 1,5 linhas e texto justificado.</w:t>
      </w:r>
    </w:p>
    <w:p w14:paraId="17440DFC" w14:textId="75F5F11B" w:rsidR="00CE09A5" w:rsidRDefault="00811557">
      <w:pPr>
        <w:ind w:left="85"/>
      </w:pPr>
      <w:sdt>
        <w:sdtPr>
          <w:rPr>
            <w:color w:val="9C0006"/>
          </w:rPr>
          <w:id w:val="-97306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As </w:t>
      </w:r>
      <w:proofErr w:type="spellStart"/>
      <w:r w:rsidR="00940C04">
        <w:t>páginas</w:t>
      </w:r>
      <w:proofErr w:type="spellEnd"/>
      <w:r w:rsidR="00940C04">
        <w:t xml:space="preserve"> e as </w:t>
      </w:r>
      <w:proofErr w:type="spellStart"/>
      <w:r w:rsidR="00940C04">
        <w:t>linhas</w:t>
      </w:r>
      <w:proofErr w:type="spellEnd"/>
      <w:r w:rsidR="00940C04">
        <w:t xml:space="preserve"> estão numeradas e os títulos e subtítulos encontram-se hierarquicamente organizados.</w:t>
      </w:r>
    </w:p>
    <w:p w14:paraId="28D931D3" w14:textId="374B1CB9" w:rsidR="00CE09A5" w:rsidRDefault="00811557">
      <w:pPr>
        <w:ind w:left="85"/>
      </w:pPr>
      <w:sdt>
        <w:sdtPr>
          <w:rPr>
            <w:color w:val="9C0006"/>
          </w:rPr>
          <w:id w:val="25534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O </w:t>
      </w:r>
      <w:proofErr w:type="spellStart"/>
      <w:r w:rsidR="00940C04">
        <w:t>manuscrito</w:t>
      </w:r>
      <w:proofErr w:type="spellEnd"/>
      <w:r w:rsidR="00940C04">
        <w:t xml:space="preserve"> não </w:t>
      </w:r>
      <w:proofErr w:type="spellStart"/>
      <w:r w:rsidR="00940C04">
        <w:t>ultrapassa</w:t>
      </w:r>
      <w:proofErr w:type="spellEnd"/>
      <w:r w:rsidR="00940C04">
        <w:t xml:space="preserve"> 15 páginas, incluindo referências, tabelas e figuras, salvo indicação específica da Equipa Editorial.</w:t>
      </w:r>
    </w:p>
    <w:p w14:paraId="2F5924C0" w14:textId="51EEB0C5" w:rsidR="00CE09A5" w:rsidRDefault="00811557">
      <w:pPr>
        <w:ind w:left="85"/>
      </w:pPr>
      <w:sdt>
        <w:sdtPr>
          <w:rPr>
            <w:color w:val="9C0006"/>
          </w:rPr>
          <w:id w:val="-212028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As </w:t>
      </w:r>
      <w:proofErr w:type="spellStart"/>
      <w:r w:rsidR="00940C04">
        <w:t>abreviaturas</w:t>
      </w:r>
      <w:proofErr w:type="spellEnd"/>
      <w:r w:rsidR="00940C04">
        <w:t xml:space="preserve"> </w:t>
      </w:r>
      <w:proofErr w:type="spellStart"/>
      <w:r w:rsidR="00940C04">
        <w:t>são</w:t>
      </w:r>
      <w:proofErr w:type="spellEnd"/>
      <w:r w:rsidR="00940C04">
        <w:t xml:space="preserve"> </w:t>
      </w:r>
      <w:proofErr w:type="spellStart"/>
      <w:r w:rsidR="00940C04">
        <w:t>definidas</w:t>
      </w:r>
      <w:proofErr w:type="spellEnd"/>
      <w:r w:rsidR="00940C04">
        <w:t xml:space="preserve"> na primeira ocorrência e foi evitado o uso excessivo de formatação.</w:t>
      </w:r>
    </w:p>
    <w:p w14:paraId="09E39CF7" w14:textId="77777777" w:rsidR="00CE09A5" w:rsidRDefault="00940C04">
      <w:pPr>
        <w:pStyle w:val="RIISH1"/>
      </w:pPr>
      <w:r>
        <w:lastRenderedPageBreak/>
        <w:t>3.3. Título, resumo e palavras-chave</w:t>
      </w:r>
    </w:p>
    <w:p w14:paraId="7C096095" w14:textId="3396EFE5" w:rsidR="00CE09A5" w:rsidRDefault="00811557">
      <w:pPr>
        <w:ind w:left="85"/>
      </w:pPr>
      <w:sdt>
        <w:sdtPr>
          <w:rPr>
            <w:color w:val="9C0006"/>
          </w:rPr>
          <w:id w:val="109799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título</w:t>
      </w:r>
      <w:proofErr w:type="spellEnd"/>
      <w:r w:rsidR="00940C04">
        <w:t xml:space="preserve"> é claro, </w:t>
      </w:r>
      <w:proofErr w:type="spellStart"/>
      <w:r w:rsidR="00940C04">
        <w:t>informativo</w:t>
      </w:r>
      <w:proofErr w:type="spellEnd"/>
      <w:r w:rsidR="00940C04">
        <w:t>, cientificamente preciso, reflete o conteúdo, tem no máximo 12 palavras e é apresentado em português, inglês e espanhol.</w:t>
      </w:r>
    </w:p>
    <w:p w14:paraId="0ECB1E75" w14:textId="6A183C43" w:rsidR="00CE09A5" w:rsidRDefault="00811557">
      <w:pPr>
        <w:ind w:left="85"/>
      </w:pPr>
      <w:sdt>
        <w:sdtPr>
          <w:rPr>
            <w:color w:val="9C0006"/>
          </w:rPr>
          <w:id w:val="199098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resumo</w:t>
      </w:r>
      <w:proofErr w:type="spellEnd"/>
      <w:r w:rsidR="00940C04">
        <w:t xml:space="preserve"> </w:t>
      </w:r>
      <w:proofErr w:type="spellStart"/>
      <w:r w:rsidR="00940C04">
        <w:t>tem</w:t>
      </w:r>
      <w:proofErr w:type="spellEnd"/>
      <w:r w:rsidR="00940C04">
        <w:t xml:space="preserve"> no </w:t>
      </w:r>
      <w:proofErr w:type="spellStart"/>
      <w:r w:rsidR="00940C04">
        <w:t>máximo</w:t>
      </w:r>
      <w:proofErr w:type="spellEnd"/>
      <w:r w:rsidR="00940C04">
        <w:t xml:space="preserve"> 200 palavras, é apresentado em português, inglês e espanhol e inclui introdução, objetivo, método, resultados e conclusão.</w:t>
      </w:r>
    </w:p>
    <w:p w14:paraId="215C1864" w14:textId="3D2CE237" w:rsidR="00CE09A5" w:rsidRDefault="00811557">
      <w:pPr>
        <w:ind w:left="85"/>
      </w:pPr>
      <w:sdt>
        <w:sdtPr>
          <w:rPr>
            <w:color w:val="9C0006"/>
          </w:rPr>
          <w:id w:val="-162244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São </w:t>
      </w:r>
      <w:proofErr w:type="spellStart"/>
      <w:r w:rsidR="00940C04">
        <w:t>apresentadas</w:t>
      </w:r>
      <w:proofErr w:type="spellEnd"/>
      <w:r w:rsidR="00940C04">
        <w:t xml:space="preserve">, no </w:t>
      </w:r>
      <w:proofErr w:type="spellStart"/>
      <w:r w:rsidR="00940C04">
        <w:t>máximo</w:t>
      </w:r>
      <w:proofErr w:type="spellEnd"/>
      <w:r w:rsidR="00940C04">
        <w:t xml:space="preserve">, </w:t>
      </w:r>
      <w:proofErr w:type="spellStart"/>
      <w:r w:rsidR="00940C04">
        <w:t>quatro</w:t>
      </w:r>
      <w:proofErr w:type="spellEnd"/>
      <w:r w:rsidR="00940C04">
        <w:t xml:space="preserve"> palavras-chave em cada língua, selecionadas preferencialmente nos vocabulários DeCS e/ou MeSH.</w:t>
      </w:r>
    </w:p>
    <w:p w14:paraId="65207C68" w14:textId="77777777" w:rsidR="00CE09A5" w:rsidRDefault="00940C04">
      <w:pPr>
        <w:pStyle w:val="RIISH1"/>
      </w:pPr>
      <w:r>
        <w:t>3.4. Estrutura e qualidade científica</w:t>
      </w:r>
    </w:p>
    <w:p w14:paraId="2A5197F2" w14:textId="297C76E1" w:rsidR="00CE09A5" w:rsidRDefault="00811557">
      <w:pPr>
        <w:ind w:left="85"/>
      </w:pPr>
      <w:sdt>
        <w:sdtPr>
          <w:rPr>
            <w:color w:val="9C0006"/>
          </w:rPr>
          <w:id w:val="-1281723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gramStart"/>
      <w:r w:rsidR="00940C04">
        <w:t>A</w:t>
      </w:r>
      <w:proofErr w:type="gramEnd"/>
      <w:r w:rsidR="00940C04">
        <w:t xml:space="preserve"> </w:t>
      </w:r>
      <w:proofErr w:type="spellStart"/>
      <w:r w:rsidR="00940C04">
        <w:t>estrutura</w:t>
      </w:r>
      <w:proofErr w:type="spellEnd"/>
      <w:r w:rsidR="00940C04">
        <w:t xml:space="preserve"> </w:t>
      </w:r>
      <w:proofErr w:type="spellStart"/>
      <w:r w:rsidR="00940C04">
        <w:t>corresponde</w:t>
      </w:r>
      <w:proofErr w:type="spellEnd"/>
      <w:r w:rsidR="00940C04">
        <w:t xml:space="preserve"> à </w:t>
      </w:r>
      <w:proofErr w:type="spellStart"/>
      <w:r w:rsidR="00940C04">
        <w:t>tipologia</w:t>
      </w:r>
      <w:proofErr w:type="spellEnd"/>
      <w:r w:rsidR="00940C04">
        <w:t xml:space="preserve"> do manuscrito.</w:t>
      </w:r>
    </w:p>
    <w:p w14:paraId="173EE38D" w14:textId="46186903" w:rsidR="00CE09A5" w:rsidRDefault="00811557">
      <w:pPr>
        <w:ind w:left="85"/>
      </w:pPr>
      <w:sdt>
        <w:sdtPr>
          <w:rPr>
            <w:color w:val="9C0006"/>
          </w:rPr>
          <w:id w:val="-104544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Nos </w:t>
      </w:r>
      <w:proofErr w:type="spellStart"/>
      <w:r w:rsidR="00940C04">
        <w:t>artigos</w:t>
      </w:r>
      <w:proofErr w:type="spellEnd"/>
      <w:r w:rsidR="00940C04">
        <w:t xml:space="preserve"> de </w:t>
      </w:r>
      <w:proofErr w:type="spellStart"/>
      <w:r w:rsidR="00940C04">
        <w:t>investigação</w:t>
      </w:r>
      <w:proofErr w:type="spellEnd"/>
      <w:r w:rsidR="00940C04">
        <w:t xml:space="preserve"> </w:t>
      </w:r>
      <w:proofErr w:type="spellStart"/>
      <w:r w:rsidR="00940C04">
        <w:t>foram</w:t>
      </w:r>
      <w:proofErr w:type="spellEnd"/>
      <w:r w:rsidR="00940C04">
        <w:t xml:space="preserve"> incluídos: Título; Resumo; Palavras-chave; Introdução; Método; Resultados; Discussão; Conclusão; Conflitos de interesse; Financiamento, quando aplicável; Agradecimentos, quando aplicável; Referências bibliográficas.</w:t>
      </w:r>
    </w:p>
    <w:p w14:paraId="62AC5A62" w14:textId="550C3300" w:rsidR="00CE09A5" w:rsidRDefault="00811557">
      <w:pPr>
        <w:ind w:left="85"/>
      </w:pPr>
      <w:sdt>
        <w:sdtPr>
          <w:rPr>
            <w:color w:val="9C0006"/>
          </w:rPr>
          <w:id w:val="-1712107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gramStart"/>
      <w:r w:rsidR="00940C04">
        <w:t>A</w:t>
      </w:r>
      <w:proofErr w:type="gramEnd"/>
      <w:r w:rsidR="00940C04">
        <w:t xml:space="preserve"> </w:t>
      </w:r>
      <w:proofErr w:type="spellStart"/>
      <w:r w:rsidR="00940C04">
        <w:t>introdução</w:t>
      </w:r>
      <w:proofErr w:type="spellEnd"/>
      <w:r w:rsidR="00940C04">
        <w:t xml:space="preserve"> </w:t>
      </w:r>
      <w:proofErr w:type="spellStart"/>
      <w:r w:rsidR="00940C04">
        <w:t>apresenta</w:t>
      </w:r>
      <w:proofErr w:type="spellEnd"/>
      <w:r w:rsidR="00940C04">
        <w:t xml:space="preserve"> o </w:t>
      </w:r>
      <w:proofErr w:type="spellStart"/>
      <w:r w:rsidR="00940C04">
        <w:t>problema</w:t>
      </w:r>
      <w:proofErr w:type="spellEnd"/>
      <w:r w:rsidR="00940C04">
        <w:t>, o estado atual do conhecimento, a relevância científica e profissional e o objetivo ou questão de investigação.</w:t>
      </w:r>
    </w:p>
    <w:p w14:paraId="09144A5B" w14:textId="0D342CDA" w:rsidR="00CE09A5" w:rsidRDefault="00811557">
      <w:pPr>
        <w:ind w:left="85"/>
      </w:pPr>
      <w:sdt>
        <w:sdtPr>
          <w:rPr>
            <w:color w:val="9C0006"/>
          </w:rPr>
          <w:id w:val="14656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método</w:t>
      </w:r>
      <w:proofErr w:type="spellEnd"/>
      <w:r w:rsidR="00940C04">
        <w:t xml:space="preserve"> </w:t>
      </w:r>
      <w:proofErr w:type="spellStart"/>
      <w:r w:rsidR="00940C04">
        <w:t>descreve</w:t>
      </w:r>
      <w:proofErr w:type="spellEnd"/>
      <w:r w:rsidR="00940C04">
        <w:t xml:space="preserve"> o </w:t>
      </w:r>
      <w:proofErr w:type="spellStart"/>
      <w:r w:rsidR="00940C04">
        <w:t>desenho</w:t>
      </w:r>
      <w:proofErr w:type="spellEnd"/>
      <w:r w:rsidR="00940C04">
        <w:t>, contexto, participantes, critérios, instrumentos, procedimentos, análise e considerações éticas.</w:t>
      </w:r>
    </w:p>
    <w:p w14:paraId="6A7535FC" w14:textId="3D8C8DE0" w:rsidR="00CE09A5" w:rsidRDefault="00811557">
      <w:pPr>
        <w:ind w:left="85"/>
      </w:pPr>
      <w:sdt>
        <w:sdtPr>
          <w:rPr>
            <w:color w:val="9C0006"/>
          </w:rPr>
          <w:id w:val="306520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resultados</w:t>
      </w:r>
      <w:proofErr w:type="spellEnd"/>
      <w:r w:rsidR="00940C04">
        <w:t xml:space="preserve">, a </w:t>
      </w:r>
      <w:proofErr w:type="spellStart"/>
      <w:r w:rsidR="00940C04">
        <w:t>discussão</w:t>
      </w:r>
      <w:proofErr w:type="spellEnd"/>
      <w:r w:rsidR="00940C04">
        <w:t xml:space="preserve"> e a conclusão são coerentes com os objetivos e métodos do estudo.</w:t>
      </w:r>
    </w:p>
    <w:p w14:paraId="2DA4F5D7" w14:textId="77777777" w:rsidR="00CE09A5" w:rsidRDefault="00940C04">
      <w:pPr>
        <w:pStyle w:val="RIISH1"/>
      </w:pPr>
      <w:r>
        <w:t>3.5. Ética e transparência</w:t>
      </w:r>
    </w:p>
    <w:p w14:paraId="2C780529" w14:textId="265B45D3" w:rsidR="00CE09A5" w:rsidRDefault="00811557">
      <w:pPr>
        <w:ind w:left="85"/>
      </w:pPr>
      <w:sdt>
        <w:sdtPr>
          <w:rPr>
            <w:color w:val="9C0006"/>
          </w:rPr>
          <w:id w:val="-1012058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proofErr w:type="spellStart"/>
      <w:r w:rsidR="00940C04">
        <w:t>Foram</w:t>
      </w:r>
      <w:proofErr w:type="spellEnd"/>
      <w:r w:rsidR="00940C04">
        <w:t xml:space="preserve"> </w:t>
      </w:r>
      <w:proofErr w:type="spellStart"/>
      <w:r w:rsidR="00940C04">
        <w:t>cumpridos</w:t>
      </w:r>
      <w:proofErr w:type="spellEnd"/>
      <w:r w:rsidR="00940C04"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requisitos</w:t>
      </w:r>
      <w:proofErr w:type="spellEnd"/>
      <w:r w:rsidR="00940C04">
        <w:t xml:space="preserve"> aplicáveis de aprovação ética, consentimento informado e consentimento para publicação.</w:t>
      </w:r>
    </w:p>
    <w:p w14:paraId="136AB763" w14:textId="4FED68CB" w:rsidR="00CE09A5" w:rsidRDefault="00811557">
      <w:pPr>
        <w:ind w:left="85"/>
      </w:pPr>
      <w:sdt>
        <w:sdtPr>
          <w:rPr>
            <w:color w:val="9C0006"/>
          </w:rPr>
          <w:id w:val="42939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Foram</w:t>
      </w:r>
      <w:proofErr w:type="spellEnd"/>
      <w:r w:rsidR="00940C04">
        <w:t xml:space="preserve"> </w:t>
      </w:r>
      <w:proofErr w:type="spellStart"/>
      <w:r w:rsidR="00940C04">
        <w:t>declarados</w:t>
      </w:r>
      <w:proofErr w:type="spellEnd"/>
      <w:r w:rsidR="00940C04"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contributos</w:t>
      </w:r>
      <w:proofErr w:type="spellEnd"/>
      <w:r w:rsidR="00940C04">
        <w:t xml:space="preserve"> dos autores segundo as 14 funções da taxonomia CRediT.</w:t>
      </w:r>
    </w:p>
    <w:p w14:paraId="0009FB01" w14:textId="4F567EF1" w:rsidR="00CE09A5" w:rsidRDefault="00811557">
      <w:pPr>
        <w:ind w:left="85"/>
      </w:pPr>
      <w:sdt>
        <w:sdtPr>
          <w:rPr>
            <w:color w:val="9C0006"/>
          </w:rPr>
          <w:id w:val="20584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Foram</w:t>
      </w:r>
      <w:proofErr w:type="spellEnd"/>
      <w:r w:rsidR="00940C04">
        <w:t xml:space="preserve"> </w:t>
      </w:r>
      <w:proofErr w:type="spellStart"/>
      <w:r w:rsidR="00940C04">
        <w:t>declarados</w:t>
      </w:r>
      <w:proofErr w:type="spellEnd"/>
      <w:r w:rsidR="00940C04">
        <w:t xml:space="preserve"> </w:t>
      </w:r>
      <w:proofErr w:type="spellStart"/>
      <w:r w:rsidR="00940C04">
        <w:t>conflitos</w:t>
      </w:r>
      <w:proofErr w:type="spellEnd"/>
      <w:r w:rsidR="00940C04">
        <w:t xml:space="preserve"> de interesse, financiamento, agradecimentos, disponibilidade dos dados e utilização de inteligência artificial, quando aplicável.</w:t>
      </w:r>
    </w:p>
    <w:p w14:paraId="19EF0505" w14:textId="77777777" w:rsidR="00CE09A5" w:rsidRDefault="00940C04">
      <w:pPr>
        <w:pStyle w:val="RIISH1"/>
      </w:pPr>
      <w:r>
        <w:t>3.6. Tabelas, figuras e referências</w:t>
      </w:r>
    </w:p>
    <w:p w14:paraId="01A05861" w14:textId="44ABEADE" w:rsidR="00CE09A5" w:rsidRDefault="00811557">
      <w:pPr>
        <w:ind w:left="85"/>
      </w:pPr>
      <w:sdt>
        <w:sdtPr>
          <w:rPr>
            <w:color w:val="9C0006"/>
          </w:rPr>
          <w:id w:val="-85511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As </w:t>
      </w:r>
      <w:proofErr w:type="spellStart"/>
      <w:r w:rsidR="00940C04">
        <w:t>tabelas</w:t>
      </w:r>
      <w:proofErr w:type="spellEnd"/>
      <w:r w:rsidR="00940C04">
        <w:t xml:space="preserve"> e </w:t>
      </w:r>
      <w:proofErr w:type="spellStart"/>
      <w:r w:rsidR="00940C04">
        <w:t>figuras</w:t>
      </w:r>
      <w:proofErr w:type="spellEnd"/>
      <w:r w:rsidR="00940C04">
        <w:t xml:space="preserve"> </w:t>
      </w:r>
      <w:proofErr w:type="spellStart"/>
      <w:r w:rsidR="00940C04">
        <w:t>estão</w:t>
      </w:r>
      <w:proofErr w:type="spellEnd"/>
      <w:r w:rsidR="00940C04">
        <w:t xml:space="preserve"> numeradas, apresentam título ou legenda, são referidas no texto, explicam abreviaturas e indicam a fonte e as autorizações aplicáveis.</w:t>
      </w:r>
    </w:p>
    <w:p w14:paraId="7F6B2DE9" w14:textId="7A3AB024" w:rsidR="00CE09A5" w:rsidRDefault="00811557">
      <w:pPr>
        <w:ind w:left="85"/>
      </w:pPr>
      <w:sdt>
        <w:sdtPr>
          <w:rPr>
            <w:color w:val="9C0006"/>
          </w:rPr>
          <w:id w:val="210900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As </w:t>
      </w:r>
      <w:proofErr w:type="spellStart"/>
      <w:r w:rsidR="00940C04">
        <w:t>citações</w:t>
      </w:r>
      <w:proofErr w:type="spellEnd"/>
      <w:r w:rsidR="00940C04">
        <w:t xml:space="preserve"> e </w:t>
      </w:r>
      <w:proofErr w:type="spellStart"/>
      <w:r w:rsidR="00940C04">
        <w:t>referências</w:t>
      </w:r>
      <w:proofErr w:type="spellEnd"/>
      <w:r w:rsidR="00940C04">
        <w:t xml:space="preserve"> </w:t>
      </w:r>
      <w:proofErr w:type="spellStart"/>
      <w:r w:rsidR="00940C04">
        <w:t>cumprem</w:t>
      </w:r>
      <w:proofErr w:type="spellEnd"/>
      <w:r w:rsidR="00940C04">
        <w:t xml:space="preserve"> a norma APA, 7.ª edição.</w:t>
      </w:r>
    </w:p>
    <w:p w14:paraId="4DCD45E4" w14:textId="6ED8E0DA" w:rsidR="00CE09A5" w:rsidRDefault="00811557">
      <w:pPr>
        <w:ind w:left="85"/>
      </w:pPr>
      <w:sdt>
        <w:sdtPr>
          <w:rPr>
            <w:color w:val="9C0006"/>
          </w:rPr>
          <w:id w:val="-19738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As </w:t>
      </w:r>
      <w:proofErr w:type="spellStart"/>
      <w:r w:rsidR="00940C04">
        <w:t>referências</w:t>
      </w:r>
      <w:proofErr w:type="spellEnd"/>
      <w:r w:rsidR="00940C04">
        <w:t xml:space="preserve"> </w:t>
      </w:r>
      <w:proofErr w:type="spellStart"/>
      <w:r w:rsidR="00940C04">
        <w:t>são</w:t>
      </w:r>
      <w:proofErr w:type="spellEnd"/>
      <w:r w:rsidR="00940C04">
        <w:t xml:space="preserve"> </w:t>
      </w:r>
      <w:proofErr w:type="spellStart"/>
      <w:r w:rsidR="00940C04">
        <w:t>pertinentes</w:t>
      </w:r>
      <w:proofErr w:type="spellEnd"/>
      <w:r w:rsidR="00940C04">
        <w:t xml:space="preserve">, </w:t>
      </w:r>
      <w:proofErr w:type="spellStart"/>
      <w:r w:rsidR="00940C04">
        <w:t>atuais</w:t>
      </w:r>
      <w:proofErr w:type="spellEnd"/>
      <w:r w:rsidR="00940C04">
        <w:t>, completas, verificáveis, adequadas e diversificadas, privilegiando fontes primárias.</w:t>
      </w:r>
    </w:p>
    <w:p w14:paraId="56FF0D93" w14:textId="1763DF2A" w:rsidR="00CE09A5" w:rsidRDefault="00811557">
      <w:pPr>
        <w:ind w:left="85"/>
      </w:pPr>
      <w:sdt>
        <w:sdtPr>
          <w:rPr>
            <w:color w:val="9C0006"/>
          </w:rPr>
          <w:id w:val="120019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404F31">
        <w:t xml:space="preserve"> </w:t>
      </w:r>
      <w:r w:rsidR="00940C04">
        <w:t xml:space="preserve">O DOI </w:t>
      </w:r>
      <w:proofErr w:type="spellStart"/>
      <w:r w:rsidR="00940C04">
        <w:t>foi</w:t>
      </w:r>
      <w:proofErr w:type="spellEnd"/>
      <w:r w:rsidR="00940C04">
        <w:t xml:space="preserve"> </w:t>
      </w:r>
      <w:proofErr w:type="spellStart"/>
      <w:r w:rsidR="00940C04">
        <w:t>incluído</w:t>
      </w:r>
      <w:proofErr w:type="spellEnd"/>
      <w:r w:rsidR="00940C04">
        <w:t xml:space="preserve"> sempre </w:t>
      </w:r>
      <w:proofErr w:type="spellStart"/>
      <w:r w:rsidR="00940C04">
        <w:t>que</w:t>
      </w:r>
      <w:proofErr w:type="spellEnd"/>
      <w:r w:rsidR="00940C04">
        <w:t xml:space="preserve"> existe, no formato </w:t>
      </w:r>
      <w:r w:rsidR="00940C04" w:rsidRPr="00404F31">
        <w:rPr>
          <w:color w:val="0070C0"/>
        </w:rPr>
        <w:t>https://doi.org/xxxxx</w:t>
      </w:r>
      <w:r w:rsidR="00940C04">
        <w:t>.</w:t>
      </w:r>
    </w:p>
    <w:p w14:paraId="11B8A0C3" w14:textId="3315B3A3" w:rsidR="00CE09A5" w:rsidRDefault="00811557">
      <w:pPr>
        <w:ind w:left="85"/>
      </w:pPr>
      <w:sdt>
        <w:sdtPr>
          <w:rPr>
            <w:color w:val="9C0006"/>
          </w:rPr>
          <w:id w:val="-122081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número</w:t>
      </w:r>
      <w:proofErr w:type="spellEnd"/>
      <w:r w:rsidR="00940C04">
        <w:t xml:space="preserve"> de </w:t>
      </w:r>
      <w:proofErr w:type="spellStart"/>
      <w:r w:rsidR="00940C04">
        <w:t>referências</w:t>
      </w:r>
      <w:proofErr w:type="spellEnd"/>
      <w:r w:rsidR="00940C04">
        <w:t xml:space="preserve"> é proporcional ao tema, metodologia e tipologia do manuscrito.</w:t>
      </w:r>
    </w:p>
    <w:p w14:paraId="72FC22F1" w14:textId="53C2FF96" w:rsidR="00CE09A5" w:rsidRDefault="00811557">
      <w:pPr>
        <w:ind w:left="85"/>
      </w:pPr>
      <w:sdt>
        <w:sdtPr>
          <w:rPr>
            <w:color w:val="9C0006"/>
          </w:rPr>
          <w:id w:val="1461074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artigos</w:t>
      </w:r>
      <w:proofErr w:type="spellEnd"/>
      <w:r w:rsidR="00940C04">
        <w:t xml:space="preserve"> </w:t>
      </w:r>
      <w:proofErr w:type="spellStart"/>
      <w:r w:rsidR="00940C04">
        <w:t>publicados</w:t>
      </w:r>
      <w:proofErr w:type="spellEnd"/>
      <w:r w:rsidR="00940C04">
        <w:t xml:space="preserve"> na RIIS foram citados sempre que são relevantes para o manuscrito.</w:t>
      </w:r>
    </w:p>
    <w:p w14:paraId="4DD56A0A" w14:textId="77777777" w:rsidR="00CE09A5" w:rsidRDefault="00940C04">
      <w:pPr>
        <w:pStyle w:val="RIISH1"/>
      </w:pPr>
      <w:r>
        <w:t>3.7. Línguas e submissão no OJS</w:t>
      </w:r>
    </w:p>
    <w:p w14:paraId="0F51F074" w14:textId="4D70215E" w:rsidR="00CE09A5" w:rsidRDefault="00811557">
      <w:pPr>
        <w:ind w:left="85"/>
      </w:pPr>
      <w:sdt>
        <w:sdtPr>
          <w:rPr>
            <w:color w:val="9C0006"/>
          </w:rPr>
          <w:id w:val="171315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título</w:t>
      </w:r>
      <w:proofErr w:type="spellEnd"/>
      <w:r w:rsidR="00940C04">
        <w:t xml:space="preserve">, o </w:t>
      </w:r>
      <w:proofErr w:type="spellStart"/>
      <w:r w:rsidR="00940C04">
        <w:t>resumo</w:t>
      </w:r>
      <w:proofErr w:type="spellEnd"/>
      <w:r w:rsidR="00940C04">
        <w:t xml:space="preserve"> e as palavras-chave foram introduzidos no OJS em português, inglês e espanhol.</w:t>
      </w:r>
    </w:p>
    <w:p w14:paraId="55825E6B" w14:textId="7F710480" w:rsidR="00CE09A5" w:rsidRDefault="00811557">
      <w:pPr>
        <w:ind w:left="85"/>
      </w:pPr>
      <w:sdt>
        <w:sdtPr>
          <w:rPr>
            <w:color w:val="9C0006"/>
          </w:rPr>
          <w:id w:val="127798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metadados</w:t>
      </w:r>
      <w:proofErr w:type="spellEnd"/>
      <w:r w:rsidR="00940C04">
        <w:t xml:space="preserve"> de todos os autores coincidem com </w:t>
      </w:r>
      <w:proofErr w:type="gramStart"/>
      <w:r w:rsidR="00940C04">
        <w:t>a</w:t>
      </w:r>
      <w:proofErr w:type="gramEnd"/>
      <w:r w:rsidR="00940C04">
        <w:t xml:space="preserve"> informação da Title Page.</w:t>
      </w:r>
    </w:p>
    <w:p w14:paraId="056D0544" w14:textId="49AB6133" w:rsidR="00CE09A5" w:rsidRDefault="00811557">
      <w:pPr>
        <w:ind w:left="85"/>
      </w:pPr>
      <w:sdt>
        <w:sdtPr>
          <w:rPr>
            <w:color w:val="9C0006"/>
          </w:rPr>
          <w:id w:val="191758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O </w:t>
      </w:r>
      <w:proofErr w:type="spellStart"/>
      <w:r w:rsidR="00940C04">
        <w:t>ficheiro</w:t>
      </w:r>
      <w:proofErr w:type="spellEnd"/>
      <w:r w:rsidR="00940C04">
        <w:t xml:space="preserve"> </w:t>
      </w:r>
      <w:proofErr w:type="spellStart"/>
      <w:r w:rsidR="00940C04">
        <w:t>submetido</w:t>
      </w:r>
      <w:proofErr w:type="spellEnd"/>
      <w:r w:rsidR="00940C04">
        <w:t xml:space="preserve"> para </w:t>
      </w:r>
      <w:proofErr w:type="spellStart"/>
      <w:r w:rsidR="00940C04">
        <w:t>revisão</w:t>
      </w:r>
      <w:proofErr w:type="spellEnd"/>
      <w:r w:rsidR="00940C04">
        <w:t xml:space="preserve"> não contém elementos que permitam identificar os autores ou as instituições.</w:t>
      </w:r>
    </w:p>
    <w:p w14:paraId="426FC5BD" w14:textId="1A1B6B26" w:rsidR="00CE09A5" w:rsidRDefault="00811557">
      <w:pPr>
        <w:ind w:left="85"/>
      </w:pPr>
      <w:sdt>
        <w:sdtPr>
          <w:rPr>
            <w:color w:val="9C0006"/>
          </w:rPr>
          <w:id w:val="1969077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Todos </w:t>
      </w:r>
      <w:proofErr w:type="spellStart"/>
      <w:r w:rsidR="00940C04">
        <w:t>os</w:t>
      </w:r>
      <w:proofErr w:type="spellEnd"/>
      <w:r w:rsidR="00940C04">
        <w:t xml:space="preserve"> </w:t>
      </w:r>
      <w:proofErr w:type="spellStart"/>
      <w:r w:rsidR="00940C04">
        <w:t>ficheiros</w:t>
      </w:r>
      <w:proofErr w:type="spellEnd"/>
      <w:r w:rsidR="00940C04">
        <w:t xml:space="preserve"> </w:t>
      </w:r>
      <w:proofErr w:type="spellStart"/>
      <w:r w:rsidR="00940C04">
        <w:t>foram</w:t>
      </w:r>
      <w:proofErr w:type="spellEnd"/>
      <w:r w:rsidR="00940C04">
        <w:t xml:space="preserve"> </w:t>
      </w:r>
      <w:proofErr w:type="spellStart"/>
      <w:r w:rsidR="00940C04">
        <w:t>nomeados</w:t>
      </w:r>
      <w:proofErr w:type="spellEnd"/>
      <w:r w:rsidR="00940C04">
        <w:t xml:space="preserve"> claramente e carregados na categoria correta.</w:t>
      </w:r>
    </w:p>
    <w:p w14:paraId="5501BACD" w14:textId="21193582" w:rsidR="00CE09A5" w:rsidRDefault="00811557">
      <w:pPr>
        <w:ind w:left="85"/>
      </w:pPr>
      <w:sdt>
        <w:sdtPr>
          <w:rPr>
            <w:color w:val="9C0006"/>
          </w:rPr>
          <w:id w:val="-213708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r w:rsidR="00940C04">
        <w:t xml:space="preserve">Foi </w:t>
      </w:r>
      <w:proofErr w:type="spellStart"/>
      <w:r w:rsidR="00940C04">
        <w:t>realizada</w:t>
      </w:r>
      <w:proofErr w:type="spellEnd"/>
      <w:r w:rsidR="00940C04">
        <w:t xml:space="preserve"> </w:t>
      </w:r>
      <w:proofErr w:type="spellStart"/>
      <w:r w:rsidR="00940C04">
        <w:t>uma</w:t>
      </w:r>
      <w:proofErr w:type="spellEnd"/>
      <w:r w:rsidR="00940C04">
        <w:t xml:space="preserve"> </w:t>
      </w:r>
      <w:proofErr w:type="spellStart"/>
      <w:r w:rsidR="00940C04">
        <w:t>verificação</w:t>
      </w:r>
      <w:proofErr w:type="spellEnd"/>
      <w:r w:rsidR="00940C04">
        <w:t xml:space="preserve"> final antes da conclusão da submissão.</w:t>
      </w:r>
    </w:p>
    <w:p w14:paraId="3E682DD4" w14:textId="77777777" w:rsidR="00CE09A5" w:rsidRDefault="00940C04">
      <w:pPr>
        <w:pStyle w:val="RIISH1"/>
      </w:pPr>
      <w:r>
        <w:t>3.8. Confirmação final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6845"/>
      </w:tblGrid>
      <w:tr w:rsidR="00CE09A5" w14:paraId="3B603AEA" w14:textId="77777777" w:rsidTr="008F3A58">
        <w:trPr>
          <w:jc w:val="center"/>
        </w:trPr>
        <w:tc>
          <w:tcPr>
            <w:tcW w:w="3119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B2F24F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 xml:space="preserve">Autor </w:t>
            </w:r>
            <w:proofErr w:type="spellStart"/>
            <w:r>
              <w:rPr>
                <w:b/>
                <w:sz w:val="18"/>
              </w:rPr>
              <w:t>correspondente</w:t>
            </w:r>
            <w:proofErr w:type="spellEnd"/>
          </w:p>
        </w:tc>
        <w:tc>
          <w:tcPr>
            <w:tcW w:w="685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06A7CE" w14:textId="77777777" w:rsidR="00CE09A5" w:rsidRDefault="00940C04">
            <w:pPr>
              <w:spacing w:after="0"/>
            </w:pPr>
            <w:r>
              <w:rPr>
                <w:sz w:val="18"/>
              </w:rPr>
              <w:t>Clique ou toque para introduzir o nome</w:t>
            </w:r>
          </w:p>
        </w:tc>
      </w:tr>
      <w:tr w:rsidR="00CE09A5" w14:paraId="0E5AE7C1" w14:textId="77777777" w:rsidTr="008F3A58">
        <w:trPr>
          <w:jc w:val="center"/>
        </w:trPr>
        <w:tc>
          <w:tcPr>
            <w:tcW w:w="3119" w:type="dxa"/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C0FBDF" w14:textId="77777777" w:rsidR="00CE09A5" w:rsidRDefault="00940C04">
            <w:pPr>
              <w:spacing w:after="0"/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w="6853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8B8430" w14:textId="77777777" w:rsidR="00CE09A5" w:rsidRDefault="00940C04">
            <w:pPr>
              <w:spacing w:after="0"/>
            </w:pPr>
            <w:r>
              <w:rPr>
                <w:sz w:val="18"/>
              </w:rPr>
              <w:t>dd/mm/aaaa</w:t>
            </w:r>
          </w:p>
        </w:tc>
      </w:tr>
    </w:tbl>
    <w:p w14:paraId="50798113" w14:textId="733F9578" w:rsidR="00CE09A5" w:rsidRDefault="00811557">
      <w:pPr>
        <w:ind w:left="85"/>
      </w:pPr>
      <w:sdt>
        <w:sdtPr>
          <w:rPr>
            <w:color w:val="9C0006"/>
          </w:rPr>
          <w:id w:val="-103272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F31">
            <w:rPr>
              <w:rFonts w:ascii="MS Gothic" w:eastAsia="MS Gothic" w:hAnsi="MS Gothic" w:hint="eastAsia"/>
              <w:color w:val="9C0006"/>
            </w:rPr>
            <w:t>☐</w:t>
          </w:r>
        </w:sdtContent>
      </w:sdt>
      <w:r w:rsidR="00940C04">
        <w:rPr>
          <w:color w:val="9C0006"/>
        </w:rPr>
        <w:t xml:space="preserve"> </w:t>
      </w:r>
      <w:proofErr w:type="spellStart"/>
      <w:r w:rsidR="00940C04">
        <w:t>Confirmo</w:t>
      </w:r>
      <w:proofErr w:type="spellEnd"/>
      <w:r w:rsidR="00940C04">
        <w:t xml:space="preserve"> </w:t>
      </w:r>
      <w:proofErr w:type="spellStart"/>
      <w:r w:rsidR="00940C04">
        <w:t>que</w:t>
      </w:r>
      <w:proofErr w:type="spellEnd"/>
      <w:r w:rsidR="00940C04">
        <w:t xml:space="preserve"> </w:t>
      </w:r>
      <w:proofErr w:type="spellStart"/>
      <w:r w:rsidR="00940C04">
        <w:t>verifiquei</w:t>
      </w:r>
      <w:proofErr w:type="spellEnd"/>
      <w:r w:rsidR="00940C04">
        <w:t xml:space="preserve"> todos os requisitos aplicáveis e que os ficheiros estão prontos para submissão.</w:t>
      </w:r>
    </w:p>
    <w:sectPr w:rsidR="00CE09A5" w:rsidSect="00F31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24" w:right="1134" w:bottom="567" w:left="1134" w:header="142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F7CC" w14:textId="77777777" w:rsidR="00811557" w:rsidRDefault="00811557">
      <w:pPr>
        <w:spacing w:after="0" w:line="240" w:lineRule="auto"/>
      </w:pPr>
      <w:r>
        <w:separator/>
      </w:r>
    </w:p>
  </w:endnote>
  <w:endnote w:type="continuationSeparator" w:id="0">
    <w:p w14:paraId="2AF11EA5" w14:textId="77777777" w:rsidR="00811557" w:rsidRDefault="0081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CB10" w14:textId="77777777" w:rsidR="00F31A88" w:rsidRDefault="00F31A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CEA0" w14:textId="73A89D40" w:rsidR="00CE09A5" w:rsidRDefault="00940C04">
    <w:pPr>
      <w:pStyle w:val="Rodap"/>
      <w:jc w:val="center"/>
    </w:pPr>
    <w:r>
      <w:rPr>
        <w:color w:val="646464"/>
        <w:sz w:val="16"/>
      </w:rPr>
      <w:t xml:space="preserve">RIIS | </w:t>
    </w:r>
    <w:proofErr w:type="spellStart"/>
    <w:r>
      <w:rPr>
        <w:color w:val="646464"/>
        <w:sz w:val="16"/>
      </w:rPr>
      <w:t>Documento</w:t>
    </w:r>
    <w:proofErr w:type="spellEnd"/>
    <w:r>
      <w:rPr>
        <w:color w:val="646464"/>
        <w:sz w:val="16"/>
      </w:rPr>
      <w:t xml:space="preserve"> </w:t>
    </w:r>
    <w:proofErr w:type="spellStart"/>
    <w:r>
      <w:rPr>
        <w:color w:val="646464"/>
        <w:sz w:val="16"/>
      </w:rPr>
      <w:t>Único</w:t>
    </w:r>
    <w:proofErr w:type="spellEnd"/>
    <w:r>
      <w:rPr>
        <w:color w:val="646464"/>
        <w:sz w:val="16"/>
      </w:rPr>
      <w:t xml:space="preserve"> para </w:t>
    </w:r>
    <w:proofErr w:type="spellStart"/>
    <w:r>
      <w:rPr>
        <w:color w:val="646464"/>
        <w:sz w:val="16"/>
      </w:rPr>
      <w:t>Submissão</w:t>
    </w:r>
    <w:proofErr w:type="spellEnd"/>
    <w:r>
      <w:rPr>
        <w:color w:val="646464"/>
        <w:sz w:val="16"/>
      </w:rPr>
      <w:t xml:space="preserve"> de Autores | </w:t>
    </w:r>
    <w:r>
      <w:rPr>
        <w:color w:val="646464"/>
        <w:sz w:val="16"/>
      </w:rPr>
      <w:fldChar w:fldCharType="begin"/>
    </w:r>
    <w:r>
      <w:rPr>
        <w:color w:val="646464"/>
        <w:sz w:val="16"/>
      </w:rPr>
      <w:instrText>PAGE</w:instrText>
    </w:r>
    <w:r>
      <w:rPr>
        <w:color w:val="646464"/>
        <w:sz w:val="16"/>
      </w:rPr>
      <w:fldChar w:fldCharType="separate"/>
    </w:r>
    <w:r w:rsidR="00404F31">
      <w:rPr>
        <w:noProof/>
        <w:color w:val="646464"/>
        <w:sz w:val="16"/>
      </w:rPr>
      <w:t>1</w:t>
    </w:r>
    <w:r>
      <w:rPr>
        <w:color w:val="646464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F910" w14:textId="77777777" w:rsidR="00F31A88" w:rsidRDefault="00F31A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3F03F" w14:textId="77777777" w:rsidR="00811557" w:rsidRDefault="00811557">
      <w:pPr>
        <w:spacing w:after="0" w:line="240" w:lineRule="auto"/>
      </w:pPr>
      <w:r>
        <w:separator/>
      </w:r>
    </w:p>
  </w:footnote>
  <w:footnote w:type="continuationSeparator" w:id="0">
    <w:p w14:paraId="14AD563D" w14:textId="77777777" w:rsidR="00811557" w:rsidRDefault="0081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A347F" w14:textId="77777777" w:rsidR="00F31A88" w:rsidRDefault="00F31A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8004" w14:textId="77777777" w:rsidR="00CE09A5" w:rsidRDefault="00CE09A5">
    <w:pPr>
      <w:pStyle w:val="Cabealho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E09A5" w14:paraId="6795E0B3" w14:textId="77777777">
      <w:trPr>
        <w:jc w:val="center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627F35F" w14:textId="156E692B" w:rsidR="00CE09A5" w:rsidRDefault="00940C04">
          <w:pPr>
            <w:jc w:val="center"/>
          </w:pPr>
          <w:r>
            <w:rPr>
              <w:noProof/>
            </w:rPr>
            <w:drawing>
              <wp:inline distT="0" distB="0" distL="0" distR="0" wp14:anchorId="553E076F" wp14:editId="47B01300">
                <wp:extent cx="936000" cy="386724"/>
                <wp:effectExtent l="0" t="0" r="0" b="0"/>
                <wp:docPr id="116272628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6000" cy="386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5B04CCB" w14:textId="77777777" w:rsidR="00CE09A5" w:rsidRDefault="00940C04">
          <w:pPr>
            <w:jc w:val="center"/>
          </w:pPr>
          <w:r>
            <w:rPr>
              <w:noProof/>
            </w:rPr>
            <w:drawing>
              <wp:inline distT="0" distB="0" distL="0" distR="0" wp14:anchorId="48D5D37F" wp14:editId="4E1F8993">
                <wp:extent cx="540000" cy="519623"/>
                <wp:effectExtent l="0" t="0" r="0" b="0"/>
                <wp:docPr id="19180574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19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7ED3F3" w14:textId="77777777" w:rsidR="00CE09A5" w:rsidRDefault="00940C04">
          <w:pPr>
            <w:jc w:val="center"/>
          </w:pPr>
          <w:r>
            <w:rPr>
              <w:noProof/>
            </w:rPr>
            <w:drawing>
              <wp:inline distT="0" distB="0" distL="0" distR="0" wp14:anchorId="2AEDAF76" wp14:editId="7B70FA49">
                <wp:extent cx="503999" cy="566086"/>
                <wp:effectExtent l="0" t="0" r="0" b="0"/>
                <wp:docPr id="72923657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999" cy="5660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DC226" w14:textId="77777777" w:rsidR="00F31A88" w:rsidRDefault="00F31A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3050237">
    <w:abstractNumId w:val="8"/>
  </w:num>
  <w:num w:numId="2" w16cid:durableId="1841459495">
    <w:abstractNumId w:val="6"/>
  </w:num>
  <w:num w:numId="3" w16cid:durableId="1746222139">
    <w:abstractNumId w:val="5"/>
  </w:num>
  <w:num w:numId="4" w16cid:durableId="672727529">
    <w:abstractNumId w:val="4"/>
  </w:num>
  <w:num w:numId="5" w16cid:durableId="186990574">
    <w:abstractNumId w:val="7"/>
  </w:num>
  <w:num w:numId="6" w16cid:durableId="607928923">
    <w:abstractNumId w:val="3"/>
  </w:num>
  <w:num w:numId="7" w16cid:durableId="316110813">
    <w:abstractNumId w:val="2"/>
  </w:num>
  <w:num w:numId="8" w16cid:durableId="1538660931">
    <w:abstractNumId w:val="1"/>
  </w:num>
  <w:num w:numId="9" w16cid:durableId="2045783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4D6"/>
    <w:rsid w:val="0006063C"/>
    <w:rsid w:val="0015074B"/>
    <w:rsid w:val="001A4A63"/>
    <w:rsid w:val="0029639D"/>
    <w:rsid w:val="00326F90"/>
    <w:rsid w:val="00404F31"/>
    <w:rsid w:val="007F7DD8"/>
    <w:rsid w:val="00811557"/>
    <w:rsid w:val="008F3A58"/>
    <w:rsid w:val="00940C04"/>
    <w:rsid w:val="00A95296"/>
    <w:rsid w:val="00AA1D8D"/>
    <w:rsid w:val="00B47730"/>
    <w:rsid w:val="00CB0664"/>
    <w:rsid w:val="00CE09A5"/>
    <w:rsid w:val="00DD01A4"/>
    <w:rsid w:val="00F31A88"/>
    <w:rsid w:val="00FB0A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7673C0"/>
  <w14:defaultImageDpi w14:val="300"/>
  <w15:docId w15:val="{C0F4933B-678E-4EFE-ACED-4D44E5CE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19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IISH1">
    <w:name w:val="RIIS H1"/>
    <w:pPr>
      <w:keepNext/>
      <w:spacing w:before="120" w:after="60"/>
    </w:pPr>
    <w:rPr>
      <w:rFonts w:ascii="Calibri" w:hAnsi="Calibri"/>
      <w:b/>
      <w:color w:val="9C0006"/>
      <w:sz w:val="26"/>
    </w:rPr>
  </w:style>
  <w:style w:type="paragraph" w:customStyle="1" w:styleId="RIISH2">
    <w:name w:val="RIIS H2"/>
    <w:pPr>
      <w:keepNext/>
      <w:spacing w:before="120" w:after="60"/>
    </w:pPr>
    <w:rPr>
      <w:rFonts w:ascii="Calibri" w:hAnsi="Calibri"/>
      <w:b/>
      <w:color w:val="9C0006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1736</Words>
  <Characters>9375</Characters>
  <Application>Microsoft Office Word</Application>
  <DocSecurity>0</DocSecurity>
  <Lines>78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RIIS - Documento Único para Submissão de Autores</vt:lpstr>
      <vt:lpstr/>
    </vt:vector>
  </TitlesOfParts>
  <Manager/>
  <Company/>
  <LinksUpToDate>false</LinksUpToDate>
  <CharactersWithSpaces>11089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RIIS - Documento Único para Submissão de Autores</dc:title>
  <dc:subject/>
  <dc:creator>python-docx</dc:creator>
  <cp:keywords/>
  <dc:description>generated by python-docx</dc:description>
  <cp:lastModifiedBy>SDIB</cp:lastModifiedBy>
  <cp:revision>3</cp:revision>
  <dcterms:created xsi:type="dcterms:W3CDTF">2026-07-28T08:50:00Z</dcterms:created>
  <dcterms:modified xsi:type="dcterms:W3CDTF">2026-07-28T11:24:00Z</dcterms:modified>
  <cp:category/>
</cp:coreProperties>
</file>