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C3302" w14:textId="7B873935" w:rsidR="002769CC" w:rsidRPr="002769CC" w:rsidRDefault="002769CC" w:rsidP="002769CC">
      <w:pPr>
        <w:suppressLineNumbers/>
        <w:rPr>
          <w:rFonts w:asciiTheme="majorHAnsi" w:hAnsiTheme="majorHAnsi" w:cstheme="majorHAnsi"/>
          <w:bCs/>
          <w:color w:val="5A0000"/>
          <w:sz w:val="20"/>
          <w:szCs w:val="20"/>
        </w:rPr>
      </w:pPr>
      <w:proofErr w:type="spellStart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>Artigo</w:t>
      </w:r>
      <w:proofErr w:type="spellEnd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de </w:t>
      </w:r>
      <w:proofErr w:type="spellStart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>investigação</w:t>
      </w:r>
      <w:proofErr w:type="spellEnd"/>
      <w:sdt>
        <w:sdtPr>
          <w:rPr>
            <w:rFonts w:asciiTheme="majorHAnsi" w:hAnsiTheme="majorHAnsi" w:cstheme="majorHAnsi"/>
            <w:bCs/>
            <w:color w:val="5A0000"/>
            <w:sz w:val="20"/>
            <w:szCs w:val="20"/>
          </w:rPr>
          <w:id w:val="-1131627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Cs/>
              <w:color w:val="5A0000"/>
              <w:sz w:val="20"/>
              <w:szCs w:val="20"/>
            </w:rPr>
            <w:t>☐</w:t>
          </w:r>
        </w:sdtContent>
      </w:sdt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</w:t>
      </w:r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     </w:t>
      </w:r>
      <w:r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 </w:t>
      </w:r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       </w:t>
      </w:r>
      <w:proofErr w:type="spellStart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>Artigo</w:t>
      </w:r>
      <w:proofErr w:type="spellEnd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de </w:t>
      </w:r>
      <w:proofErr w:type="spellStart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>revisão</w:t>
      </w:r>
      <w:proofErr w:type="spellEnd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</w:t>
      </w:r>
      <w:sdt>
        <w:sdtPr>
          <w:rPr>
            <w:rFonts w:asciiTheme="majorHAnsi" w:hAnsiTheme="majorHAnsi" w:cstheme="majorHAnsi"/>
            <w:bCs/>
            <w:color w:val="5A0000"/>
            <w:sz w:val="20"/>
            <w:szCs w:val="20"/>
          </w:rPr>
          <w:id w:val="484748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769CC">
            <w:rPr>
              <w:rFonts w:ascii="Segoe UI Symbol" w:eastAsia="MS Gothic" w:hAnsi="Segoe UI Symbol" w:cs="Segoe UI Symbol"/>
              <w:bCs/>
              <w:color w:val="5A0000"/>
              <w:sz w:val="20"/>
              <w:szCs w:val="20"/>
            </w:rPr>
            <w:t>☐</w:t>
          </w:r>
        </w:sdtContent>
      </w:sdt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          </w:t>
      </w:r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</w:t>
      </w:r>
      <w:proofErr w:type="spellStart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>Artigo</w:t>
      </w:r>
      <w:proofErr w:type="spellEnd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</w:t>
      </w:r>
      <w:proofErr w:type="spellStart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>teórico</w:t>
      </w:r>
      <w:proofErr w:type="spellEnd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>/</w:t>
      </w:r>
      <w:proofErr w:type="spellStart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>ensaio</w:t>
      </w:r>
      <w:proofErr w:type="spellEnd"/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</w:t>
      </w:r>
      <w:sdt>
        <w:sdtPr>
          <w:rPr>
            <w:rFonts w:asciiTheme="majorHAnsi" w:hAnsiTheme="majorHAnsi" w:cstheme="majorHAnsi"/>
            <w:bCs/>
            <w:color w:val="5A0000"/>
            <w:sz w:val="20"/>
            <w:szCs w:val="20"/>
          </w:rPr>
          <w:id w:val="-1882859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769CC">
            <w:rPr>
              <w:rFonts w:ascii="Segoe UI Symbol" w:eastAsia="MS Gothic" w:hAnsi="Segoe UI Symbol" w:cs="Segoe UI Symbol"/>
              <w:bCs/>
              <w:color w:val="5A0000"/>
              <w:sz w:val="20"/>
              <w:szCs w:val="20"/>
            </w:rPr>
            <w:t>☐</w:t>
          </w:r>
        </w:sdtContent>
      </w:sdt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              </w:t>
      </w:r>
      <w:r w:rsidRPr="002769CC">
        <w:rPr>
          <w:rFonts w:asciiTheme="majorHAnsi" w:hAnsiTheme="majorHAnsi" w:cstheme="majorHAnsi"/>
          <w:bCs/>
          <w:color w:val="5A0000"/>
          <w:sz w:val="20"/>
          <w:szCs w:val="20"/>
        </w:rPr>
        <w:t xml:space="preserve">  Editorial</w:t>
      </w:r>
      <w:sdt>
        <w:sdtPr>
          <w:rPr>
            <w:rFonts w:asciiTheme="majorHAnsi" w:hAnsiTheme="majorHAnsi" w:cstheme="majorHAnsi"/>
            <w:bCs/>
            <w:color w:val="5A0000"/>
            <w:sz w:val="20"/>
            <w:szCs w:val="20"/>
          </w:rPr>
          <w:id w:val="443746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769CC">
            <w:rPr>
              <w:rFonts w:ascii="Segoe UI Symbol" w:eastAsia="MS Gothic" w:hAnsi="Segoe UI Symbol" w:cs="Segoe UI Symbol"/>
              <w:bCs/>
              <w:color w:val="5A0000"/>
              <w:sz w:val="20"/>
              <w:szCs w:val="20"/>
            </w:rPr>
            <w:t>☐</w:t>
          </w:r>
        </w:sdtContent>
      </w:sdt>
    </w:p>
    <w:p w14:paraId="7C2E2E5B" w14:textId="77777777" w:rsidR="002769CC" w:rsidRDefault="002769CC">
      <w:pPr>
        <w:pStyle w:val="RIISTop"/>
        <w:rPr>
          <w:rFonts w:asciiTheme="majorHAnsi" w:hAnsiTheme="majorHAnsi" w:cstheme="majorHAnsi"/>
          <w:sz w:val="22"/>
        </w:rPr>
      </w:pPr>
    </w:p>
    <w:p w14:paraId="2958637D" w14:textId="77777777" w:rsidR="002769CC" w:rsidRDefault="002769CC">
      <w:pPr>
        <w:pStyle w:val="RIISTop"/>
        <w:rPr>
          <w:rFonts w:asciiTheme="majorHAnsi" w:hAnsiTheme="majorHAnsi" w:cstheme="majorHAnsi"/>
          <w:sz w:val="22"/>
        </w:rPr>
      </w:pPr>
    </w:p>
    <w:p w14:paraId="2D6065E8" w14:textId="2E37AF9A" w:rsidR="00F54920" w:rsidRPr="00620234" w:rsidRDefault="00E407EF">
      <w:pPr>
        <w:pStyle w:val="RIISTop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 xml:space="preserve">RIIS – Revista de </w:t>
      </w:r>
      <w:proofErr w:type="spellStart"/>
      <w:r w:rsidRPr="00620234">
        <w:rPr>
          <w:rFonts w:asciiTheme="majorHAnsi" w:hAnsiTheme="majorHAnsi" w:cstheme="majorHAnsi"/>
          <w:sz w:val="22"/>
        </w:rPr>
        <w:t>Investigação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&amp; </w:t>
      </w:r>
      <w:proofErr w:type="spellStart"/>
      <w:r w:rsidRPr="00620234">
        <w:rPr>
          <w:rFonts w:asciiTheme="majorHAnsi" w:hAnsiTheme="majorHAnsi" w:cstheme="majorHAnsi"/>
          <w:sz w:val="22"/>
        </w:rPr>
        <w:t>Inovação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em </w:t>
      </w:r>
      <w:proofErr w:type="spellStart"/>
      <w:r w:rsidRPr="00620234">
        <w:rPr>
          <w:rFonts w:asciiTheme="majorHAnsi" w:hAnsiTheme="majorHAnsi" w:cstheme="majorHAnsi"/>
          <w:sz w:val="22"/>
        </w:rPr>
        <w:t>Saúde</w:t>
      </w:r>
      <w:proofErr w:type="spellEnd"/>
    </w:p>
    <w:p w14:paraId="31D0386B" w14:textId="77777777" w:rsidR="00F54920" w:rsidRDefault="00F54920">
      <w:pPr>
        <w:suppressLineNumbers/>
        <w:spacing w:after="280"/>
        <w:rPr>
          <w:rFonts w:asciiTheme="majorHAnsi" w:hAnsiTheme="majorHAnsi" w:cstheme="majorHAnsi"/>
          <w:sz w:val="22"/>
        </w:rPr>
      </w:pPr>
    </w:p>
    <w:p w14:paraId="42C03019" w14:textId="77777777" w:rsidR="00CF0AA6" w:rsidRPr="00620234" w:rsidRDefault="00CF0AA6">
      <w:pPr>
        <w:suppressLineNumbers/>
        <w:spacing w:after="280"/>
        <w:rPr>
          <w:rFonts w:asciiTheme="majorHAnsi" w:hAnsiTheme="majorHAnsi" w:cstheme="majorHAnsi"/>
          <w:sz w:val="22"/>
        </w:rPr>
      </w:pPr>
    </w:p>
    <w:p w14:paraId="1C113B76" w14:textId="77777777" w:rsidR="00F54920" w:rsidRPr="00620234" w:rsidRDefault="00E407EF">
      <w:pPr>
        <w:pStyle w:val="RIISMainTitle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Título Pt</w:t>
      </w:r>
    </w:p>
    <w:p w14:paraId="5C22E87F" w14:textId="77777777" w:rsidR="00F54920" w:rsidRPr="00620234" w:rsidRDefault="00E407EF">
      <w:pPr>
        <w:pStyle w:val="RIISMainTitle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T</w:t>
      </w:r>
      <w:r w:rsidR="00C525D9" w:rsidRPr="00620234">
        <w:rPr>
          <w:rFonts w:asciiTheme="majorHAnsi" w:hAnsiTheme="majorHAnsi" w:cstheme="majorHAnsi"/>
          <w:sz w:val="22"/>
        </w:rPr>
        <w:t xml:space="preserve">ítulo </w:t>
      </w:r>
      <w:r w:rsidRPr="00620234">
        <w:rPr>
          <w:rFonts w:asciiTheme="majorHAnsi" w:hAnsiTheme="majorHAnsi" w:cstheme="majorHAnsi"/>
          <w:sz w:val="22"/>
        </w:rPr>
        <w:t>En</w:t>
      </w:r>
    </w:p>
    <w:p w14:paraId="423E26AE" w14:textId="051E4232" w:rsidR="00F54920" w:rsidRPr="00620234" w:rsidRDefault="002769CC" w:rsidP="002769CC">
      <w:pPr>
        <w:pStyle w:val="RIISMainTitle"/>
        <w:tabs>
          <w:tab w:val="left" w:pos="1335"/>
          <w:tab w:val="center" w:pos="4535"/>
        </w:tabs>
        <w:jc w:val="left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="00E407EF" w:rsidRPr="00620234">
        <w:rPr>
          <w:rFonts w:asciiTheme="majorHAnsi" w:hAnsiTheme="majorHAnsi" w:cstheme="majorHAnsi"/>
          <w:sz w:val="22"/>
        </w:rPr>
        <w:t>Título Es</w:t>
      </w:r>
    </w:p>
    <w:p w14:paraId="655EB32E" w14:textId="77777777" w:rsidR="00F54920" w:rsidRPr="00620234" w:rsidRDefault="00F54920">
      <w:pPr>
        <w:suppressLineNumbers/>
        <w:spacing w:after="480"/>
        <w:rPr>
          <w:rFonts w:asciiTheme="majorHAnsi" w:hAnsiTheme="majorHAnsi" w:cstheme="majorHAnsi"/>
          <w:sz w:val="22"/>
        </w:rPr>
      </w:pPr>
    </w:p>
    <w:p w14:paraId="7D0CE0F8" w14:textId="77777777" w:rsidR="00F54920" w:rsidRPr="00620234" w:rsidRDefault="00E407EF" w:rsidP="00CF0AA6">
      <w:pPr>
        <w:pStyle w:val="RIISSection"/>
        <w:spacing w:before="0" w:after="0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RESUMO</w:t>
      </w:r>
    </w:p>
    <w:p w14:paraId="721F948F" w14:textId="77777777" w:rsidR="00F54920" w:rsidRPr="00620234" w:rsidRDefault="00CF09E3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>
        <w:rPr>
          <w:rFonts w:asciiTheme="majorHAnsi" w:hAnsiTheme="majorHAnsi" w:cstheme="majorHAnsi"/>
          <w:b/>
          <w:sz w:val="22"/>
        </w:rPr>
        <w:t>Introdução</w:t>
      </w:r>
      <w:proofErr w:type="spellEnd"/>
      <w:r w:rsidR="00E407EF" w:rsidRPr="00620234">
        <w:rPr>
          <w:rFonts w:asciiTheme="majorHAnsi" w:hAnsiTheme="majorHAnsi" w:cstheme="majorHAnsi"/>
          <w:b/>
          <w:sz w:val="22"/>
        </w:rPr>
        <w:t xml:space="preserve">: </w:t>
      </w:r>
      <w:r w:rsidR="00E407EF" w:rsidRPr="00620234">
        <w:rPr>
          <w:rFonts w:asciiTheme="majorHAnsi" w:hAnsiTheme="majorHAnsi" w:cstheme="majorHAnsi"/>
          <w:sz w:val="22"/>
        </w:rPr>
        <w:t xml:space="preserve">Enquadramento da </w:t>
      </w:r>
      <w:proofErr w:type="spellStart"/>
      <w:r w:rsidR="00E407EF" w:rsidRPr="00620234">
        <w:rPr>
          <w:rFonts w:asciiTheme="majorHAnsi" w:hAnsiTheme="majorHAnsi" w:cstheme="majorHAnsi"/>
          <w:sz w:val="22"/>
        </w:rPr>
        <w:t>temática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 e </w:t>
      </w:r>
      <w:proofErr w:type="spellStart"/>
      <w:r w:rsidR="00E407EF" w:rsidRPr="00620234">
        <w:rPr>
          <w:rFonts w:asciiTheme="majorHAnsi" w:hAnsiTheme="majorHAnsi" w:cstheme="majorHAnsi"/>
          <w:sz w:val="22"/>
        </w:rPr>
        <w:t>descrição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 da </w:t>
      </w:r>
      <w:proofErr w:type="spellStart"/>
      <w:r w:rsidR="00E407EF" w:rsidRPr="00620234">
        <w:rPr>
          <w:rFonts w:asciiTheme="majorHAnsi" w:hAnsiTheme="majorHAnsi" w:cstheme="majorHAnsi"/>
          <w:sz w:val="22"/>
        </w:rPr>
        <w:t>pertinência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 do </w:t>
      </w:r>
      <w:proofErr w:type="spellStart"/>
      <w:r w:rsidR="00E407EF" w:rsidRPr="00620234">
        <w:rPr>
          <w:rFonts w:asciiTheme="majorHAnsi" w:hAnsiTheme="majorHAnsi" w:cstheme="majorHAnsi"/>
          <w:sz w:val="22"/>
        </w:rPr>
        <w:t>trabalho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 de </w:t>
      </w:r>
      <w:proofErr w:type="spellStart"/>
      <w:r w:rsidR="00E407EF" w:rsidRPr="00620234">
        <w:rPr>
          <w:rFonts w:asciiTheme="majorHAnsi" w:hAnsiTheme="majorHAnsi" w:cstheme="majorHAnsi"/>
          <w:sz w:val="22"/>
        </w:rPr>
        <w:t>investigação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; </w:t>
      </w:r>
      <w:proofErr w:type="spellStart"/>
      <w:r w:rsidR="00E407EF" w:rsidRPr="00620234">
        <w:rPr>
          <w:rFonts w:asciiTheme="majorHAnsi" w:hAnsiTheme="majorHAnsi" w:cstheme="majorHAnsi"/>
          <w:sz w:val="22"/>
        </w:rPr>
        <w:t>deve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 ser </w:t>
      </w:r>
      <w:proofErr w:type="spellStart"/>
      <w:r w:rsidR="00E407EF" w:rsidRPr="00620234">
        <w:rPr>
          <w:rFonts w:asciiTheme="majorHAnsi" w:hAnsiTheme="majorHAnsi" w:cstheme="majorHAnsi"/>
          <w:sz w:val="22"/>
        </w:rPr>
        <w:t>sucinto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, </w:t>
      </w:r>
      <w:proofErr w:type="spellStart"/>
      <w:r w:rsidR="00E407EF" w:rsidRPr="00620234">
        <w:rPr>
          <w:rFonts w:asciiTheme="majorHAnsi" w:hAnsiTheme="majorHAnsi" w:cstheme="majorHAnsi"/>
          <w:sz w:val="22"/>
        </w:rPr>
        <w:t>conciso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 e com </w:t>
      </w:r>
      <w:proofErr w:type="spellStart"/>
      <w:r w:rsidR="00E407EF" w:rsidRPr="00620234">
        <w:rPr>
          <w:rFonts w:asciiTheme="majorHAnsi" w:hAnsiTheme="majorHAnsi" w:cstheme="majorHAnsi"/>
          <w:sz w:val="22"/>
        </w:rPr>
        <w:t>discurso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 claro.</w:t>
      </w:r>
    </w:p>
    <w:p w14:paraId="40932590" w14:textId="77777777" w:rsidR="00F54920" w:rsidRPr="00620234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b/>
          <w:bCs/>
          <w:sz w:val="22"/>
        </w:rPr>
        <w:t>Objetivo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: </w:t>
      </w:r>
      <w:proofErr w:type="spellStart"/>
      <w:r w:rsidRPr="00620234">
        <w:rPr>
          <w:rFonts w:asciiTheme="majorHAnsi" w:hAnsiTheme="majorHAnsi" w:cstheme="majorHAnsi"/>
          <w:sz w:val="22"/>
        </w:rPr>
        <w:t>Identificação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620234">
        <w:rPr>
          <w:rFonts w:asciiTheme="majorHAnsi" w:hAnsiTheme="majorHAnsi" w:cstheme="majorHAnsi"/>
          <w:sz w:val="22"/>
        </w:rPr>
        <w:t>clara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do </w:t>
      </w:r>
      <w:proofErr w:type="spellStart"/>
      <w:r w:rsidRPr="00620234">
        <w:rPr>
          <w:rFonts w:asciiTheme="majorHAnsi" w:hAnsiTheme="majorHAnsi" w:cstheme="majorHAnsi"/>
          <w:sz w:val="22"/>
        </w:rPr>
        <w:t>objetivo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620234">
        <w:rPr>
          <w:rFonts w:asciiTheme="majorHAnsi" w:hAnsiTheme="majorHAnsi" w:cstheme="majorHAnsi"/>
          <w:sz w:val="22"/>
        </w:rPr>
        <w:t>geral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e, </w:t>
      </w:r>
      <w:proofErr w:type="spellStart"/>
      <w:r w:rsidRPr="00620234">
        <w:rPr>
          <w:rFonts w:asciiTheme="majorHAnsi" w:hAnsiTheme="majorHAnsi" w:cstheme="majorHAnsi"/>
          <w:sz w:val="22"/>
        </w:rPr>
        <w:t>quando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620234">
        <w:rPr>
          <w:rFonts w:asciiTheme="majorHAnsi" w:hAnsiTheme="majorHAnsi" w:cstheme="majorHAnsi"/>
          <w:sz w:val="22"/>
        </w:rPr>
        <w:t>aplicável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, dos </w:t>
      </w:r>
      <w:proofErr w:type="spellStart"/>
      <w:r w:rsidRPr="00620234">
        <w:rPr>
          <w:rFonts w:asciiTheme="majorHAnsi" w:hAnsiTheme="majorHAnsi" w:cstheme="majorHAnsi"/>
          <w:sz w:val="22"/>
        </w:rPr>
        <w:t>objetivos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620234">
        <w:rPr>
          <w:rFonts w:asciiTheme="majorHAnsi" w:hAnsiTheme="majorHAnsi" w:cstheme="majorHAnsi"/>
          <w:sz w:val="22"/>
        </w:rPr>
        <w:t>específicos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do </w:t>
      </w:r>
      <w:proofErr w:type="spellStart"/>
      <w:r w:rsidRPr="00620234">
        <w:rPr>
          <w:rFonts w:asciiTheme="majorHAnsi" w:hAnsiTheme="majorHAnsi" w:cstheme="majorHAnsi"/>
          <w:sz w:val="22"/>
        </w:rPr>
        <w:t>estudo</w:t>
      </w:r>
      <w:proofErr w:type="spellEnd"/>
      <w:r w:rsidRPr="00620234">
        <w:rPr>
          <w:rFonts w:asciiTheme="majorHAnsi" w:hAnsiTheme="majorHAnsi" w:cstheme="majorHAnsi"/>
          <w:sz w:val="22"/>
        </w:rPr>
        <w:t>.</w:t>
      </w:r>
    </w:p>
    <w:p w14:paraId="6814E9A4" w14:textId="77777777" w:rsidR="00F54920" w:rsidRPr="00620234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b/>
          <w:sz w:val="22"/>
        </w:rPr>
        <w:t>M</w:t>
      </w:r>
      <w:r w:rsidR="00BD3F71" w:rsidRPr="00620234">
        <w:rPr>
          <w:rFonts w:asciiTheme="majorHAnsi" w:hAnsiTheme="majorHAnsi" w:cstheme="majorHAnsi"/>
          <w:b/>
          <w:sz w:val="22"/>
        </w:rPr>
        <w:t>étodo</w:t>
      </w:r>
      <w:proofErr w:type="spellEnd"/>
      <w:r w:rsidRPr="00620234">
        <w:rPr>
          <w:rFonts w:asciiTheme="majorHAnsi" w:hAnsiTheme="majorHAnsi" w:cstheme="majorHAnsi"/>
          <w:b/>
          <w:sz w:val="22"/>
        </w:rPr>
        <w:t xml:space="preserve">: </w:t>
      </w:r>
      <w:r w:rsidRPr="00620234">
        <w:rPr>
          <w:rFonts w:asciiTheme="majorHAnsi" w:hAnsiTheme="majorHAnsi" w:cstheme="majorHAnsi"/>
          <w:sz w:val="22"/>
        </w:rPr>
        <w:t xml:space="preserve">Descrição </w:t>
      </w:r>
      <w:proofErr w:type="spellStart"/>
      <w:r w:rsidRPr="00620234">
        <w:rPr>
          <w:rFonts w:asciiTheme="majorHAnsi" w:hAnsiTheme="majorHAnsi" w:cstheme="majorHAnsi"/>
          <w:sz w:val="22"/>
        </w:rPr>
        <w:t>muito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620234">
        <w:rPr>
          <w:rFonts w:asciiTheme="majorHAnsi" w:hAnsiTheme="majorHAnsi" w:cstheme="majorHAnsi"/>
          <w:sz w:val="22"/>
        </w:rPr>
        <w:t>sumária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do </w:t>
      </w:r>
      <w:proofErr w:type="spellStart"/>
      <w:r w:rsidRPr="00620234">
        <w:rPr>
          <w:rFonts w:asciiTheme="majorHAnsi" w:hAnsiTheme="majorHAnsi" w:cstheme="majorHAnsi"/>
          <w:sz w:val="22"/>
        </w:rPr>
        <w:t>processo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de </w:t>
      </w:r>
      <w:proofErr w:type="spellStart"/>
      <w:r w:rsidRPr="00620234">
        <w:rPr>
          <w:rFonts w:asciiTheme="majorHAnsi" w:hAnsiTheme="majorHAnsi" w:cstheme="majorHAnsi"/>
          <w:sz w:val="22"/>
        </w:rPr>
        <w:t>investigação</w:t>
      </w:r>
      <w:proofErr w:type="spellEnd"/>
      <w:r w:rsidRPr="00620234">
        <w:rPr>
          <w:rFonts w:asciiTheme="majorHAnsi" w:hAnsiTheme="majorHAnsi" w:cstheme="majorHAnsi"/>
          <w:sz w:val="22"/>
        </w:rPr>
        <w:t>.</w:t>
      </w:r>
    </w:p>
    <w:p w14:paraId="05541ABD" w14:textId="77777777" w:rsidR="00F54920" w:rsidRPr="00620234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b/>
          <w:sz w:val="22"/>
        </w:rPr>
        <w:t>Resultado</w:t>
      </w:r>
      <w:r w:rsidR="00875493" w:rsidRPr="00620234">
        <w:rPr>
          <w:rFonts w:asciiTheme="majorHAnsi" w:hAnsiTheme="majorHAnsi" w:cstheme="majorHAnsi"/>
          <w:b/>
          <w:sz w:val="22"/>
        </w:rPr>
        <w:t>s</w:t>
      </w:r>
      <w:proofErr w:type="spellEnd"/>
      <w:r w:rsidRPr="00620234">
        <w:rPr>
          <w:rFonts w:asciiTheme="majorHAnsi" w:hAnsiTheme="majorHAnsi" w:cstheme="majorHAnsi"/>
          <w:b/>
          <w:sz w:val="22"/>
        </w:rPr>
        <w:t xml:space="preserve">: </w:t>
      </w:r>
      <w:proofErr w:type="spellStart"/>
      <w:r w:rsidRPr="00620234">
        <w:rPr>
          <w:rFonts w:asciiTheme="majorHAnsi" w:hAnsiTheme="majorHAnsi" w:cstheme="majorHAnsi"/>
          <w:sz w:val="22"/>
        </w:rPr>
        <w:t>Apresentação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dos </w:t>
      </w:r>
      <w:proofErr w:type="spellStart"/>
      <w:r w:rsidRPr="00620234">
        <w:rPr>
          <w:rFonts w:asciiTheme="majorHAnsi" w:hAnsiTheme="majorHAnsi" w:cstheme="majorHAnsi"/>
          <w:sz w:val="22"/>
        </w:rPr>
        <w:t>principais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620234">
        <w:rPr>
          <w:rFonts w:asciiTheme="majorHAnsi" w:hAnsiTheme="majorHAnsi" w:cstheme="majorHAnsi"/>
          <w:sz w:val="22"/>
        </w:rPr>
        <w:t>resultados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da </w:t>
      </w:r>
      <w:proofErr w:type="spellStart"/>
      <w:r w:rsidRPr="00620234">
        <w:rPr>
          <w:rFonts w:asciiTheme="majorHAnsi" w:hAnsiTheme="majorHAnsi" w:cstheme="majorHAnsi"/>
          <w:sz w:val="22"/>
        </w:rPr>
        <w:t>investigação</w:t>
      </w:r>
      <w:proofErr w:type="spellEnd"/>
      <w:r w:rsidRPr="00620234">
        <w:rPr>
          <w:rFonts w:asciiTheme="majorHAnsi" w:hAnsiTheme="majorHAnsi" w:cstheme="majorHAnsi"/>
          <w:sz w:val="22"/>
        </w:rPr>
        <w:t>.</w:t>
      </w:r>
    </w:p>
    <w:p w14:paraId="06927631" w14:textId="77777777" w:rsidR="00F54920" w:rsidRPr="00620234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b/>
          <w:sz w:val="22"/>
        </w:rPr>
        <w:t>Conclus</w:t>
      </w:r>
      <w:r w:rsidR="00CF09E3">
        <w:rPr>
          <w:rFonts w:asciiTheme="majorHAnsi" w:hAnsiTheme="majorHAnsi" w:cstheme="majorHAnsi"/>
          <w:b/>
          <w:sz w:val="22"/>
        </w:rPr>
        <w:t>ão</w:t>
      </w:r>
      <w:proofErr w:type="spellEnd"/>
      <w:r w:rsidRPr="00620234">
        <w:rPr>
          <w:rFonts w:asciiTheme="majorHAnsi" w:hAnsiTheme="majorHAnsi" w:cstheme="majorHAnsi"/>
          <w:b/>
          <w:sz w:val="22"/>
        </w:rPr>
        <w:t xml:space="preserve">: </w:t>
      </w:r>
      <w:r w:rsidRPr="00620234">
        <w:rPr>
          <w:rFonts w:asciiTheme="majorHAnsi" w:hAnsiTheme="majorHAnsi" w:cstheme="majorHAnsi"/>
          <w:sz w:val="22"/>
        </w:rPr>
        <w:t xml:space="preserve">Descrição </w:t>
      </w:r>
      <w:proofErr w:type="spellStart"/>
      <w:r w:rsidRPr="00620234">
        <w:rPr>
          <w:rFonts w:asciiTheme="majorHAnsi" w:hAnsiTheme="majorHAnsi" w:cstheme="majorHAnsi"/>
          <w:sz w:val="22"/>
        </w:rPr>
        <w:t>sucinta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das </w:t>
      </w:r>
      <w:proofErr w:type="spellStart"/>
      <w:r w:rsidRPr="00620234">
        <w:rPr>
          <w:rFonts w:asciiTheme="majorHAnsi" w:hAnsiTheme="majorHAnsi" w:cstheme="majorHAnsi"/>
          <w:sz w:val="22"/>
        </w:rPr>
        <w:t>conclusões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620234">
        <w:rPr>
          <w:rFonts w:asciiTheme="majorHAnsi" w:hAnsiTheme="majorHAnsi" w:cstheme="majorHAnsi"/>
          <w:sz w:val="22"/>
        </w:rPr>
        <w:t>advindas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da </w:t>
      </w:r>
      <w:proofErr w:type="spellStart"/>
      <w:r w:rsidRPr="00620234">
        <w:rPr>
          <w:rFonts w:asciiTheme="majorHAnsi" w:hAnsiTheme="majorHAnsi" w:cstheme="majorHAnsi"/>
          <w:sz w:val="22"/>
        </w:rPr>
        <w:t>discussão</w:t>
      </w:r>
      <w:proofErr w:type="spellEnd"/>
      <w:r w:rsidRPr="00620234">
        <w:rPr>
          <w:rFonts w:asciiTheme="majorHAnsi" w:hAnsiTheme="majorHAnsi" w:cstheme="majorHAnsi"/>
          <w:sz w:val="22"/>
        </w:rPr>
        <w:t xml:space="preserve"> dos </w:t>
      </w:r>
      <w:proofErr w:type="spellStart"/>
      <w:r w:rsidRPr="00620234">
        <w:rPr>
          <w:rFonts w:asciiTheme="majorHAnsi" w:hAnsiTheme="majorHAnsi" w:cstheme="majorHAnsi"/>
          <w:sz w:val="22"/>
        </w:rPr>
        <w:t>resultados</w:t>
      </w:r>
      <w:proofErr w:type="spellEnd"/>
      <w:r w:rsidRPr="00620234">
        <w:rPr>
          <w:rFonts w:asciiTheme="majorHAnsi" w:hAnsiTheme="majorHAnsi" w:cstheme="majorHAnsi"/>
          <w:sz w:val="22"/>
        </w:rPr>
        <w:t>.</w:t>
      </w:r>
    </w:p>
    <w:p w14:paraId="3BCCEBC0" w14:textId="77777777" w:rsidR="00F54920" w:rsidRPr="00620234" w:rsidRDefault="00E407EF" w:rsidP="00CF0AA6">
      <w:pPr>
        <w:pStyle w:val="RIISSection"/>
        <w:spacing w:before="0" w:after="0"/>
        <w:jc w:val="both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PALAVRAS-CHAVE</w:t>
      </w:r>
    </w:p>
    <w:p w14:paraId="3F7CF633" w14:textId="77777777" w:rsidR="00F54920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sz w:val="22"/>
        </w:rPr>
        <w:t>Palavras-chave</w:t>
      </w:r>
      <w:proofErr w:type="spellEnd"/>
    </w:p>
    <w:p w14:paraId="287056FB" w14:textId="77777777" w:rsidR="00CF0AA6" w:rsidRPr="00620234" w:rsidRDefault="00CF0AA6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</w:p>
    <w:p w14:paraId="37FDC703" w14:textId="77777777" w:rsidR="00F54920" w:rsidRPr="00CF0AA6" w:rsidRDefault="00E407EF" w:rsidP="00CF0AA6">
      <w:pPr>
        <w:pStyle w:val="RIISSection"/>
        <w:spacing w:before="0" w:after="0"/>
        <w:jc w:val="both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sz w:val="22"/>
        </w:rPr>
        <w:t>ABSTRACT</w:t>
      </w:r>
    </w:p>
    <w:p w14:paraId="1DC898AE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b/>
          <w:sz w:val="22"/>
        </w:rPr>
        <w:t xml:space="preserve">Introduction: </w:t>
      </w:r>
      <w:r w:rsidRPr="00CF0AA6">
        <w:rPr>
          <w:rFonts w:asciiTheme="majorHAnsi" w:hAnsiTheme="majorHAnsi" w:cstheme="majorHAnsi"/>
          <w:sz w:val="22"/>
        </w:rPr>
        <w:t xml:space="preserve">Framework of the theme and description of the relevance of the research work; it must be succinct, concise </w:t>
      </w:r>
      <w:proofErr w:type="gramStart"/>
      <w:r w:rsidRPr="00CF0AA6">
        <w:rPr>
          <w:rFonts w:asciiTheme="majorHAnsi" w:hAnsiTheme="majorHAnsi" w:cstheme="majorHAnsi"/>
          <w:sz w:val="22"/>
        </w:rPr>
        <w:t>and with a</w:t>
      </w:r>
      <w:proofErr w:type="gramEnd"/>
      <w:r w:rsidRPr="00CF0AA6">
        <w:rPr>
          <w:rFonts w:asciiTheme="majorHAnsi" w:hAnsiTheme="majorHAnsi" w:cstheme="majorHAnsi"/>
          <w:sz w:val="22"/>
        </w:rPr>
        <w:t xml:space="preserve"> clear speech.</w:t>
      </w:r>
    </w:p>
    <w:p w14:paraId="339615D7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b/>
          <w:bCs/>
          <w:sz w:val="22"/>
        </w:rPr>
        <w:t xml:space="preserve">Objective: </w:t>
      </w:r>
      <w:r w:rsidRPr="00CF0AA6">
        <w:rPr>
          <w:rFonts w:asciiTheme="majorHAnsi" w:hAnsiTheme="majorHAnsi" w:cstheme="majorHAnsi"/>
          <w:sz w:val="22"/>
        </w:rPr>
        <w:t>Clear identification of the general objective and, where applicable, the specific objectives of the study.</w:t>
      </w:r>
    </w:p>
    <w:p w14:paraId="1FD0AFA6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b/>
          <w:sz w:val="22"/>
        </w:rPr>
        <w:t xml:space="preserve">Method: </w:t>
      </w:r>
      <w:r w:rsidRPr="00CF0AA6">
        <w:rPr>
          <w:rFonts w:asciiTheme="majorHAnsi" w:hAnsiTheme="majorHAnsi" w:cstheme="majorHAnsi"/>
          <w:bCs/>
          <w:sz w:val="22"/>
        </w:rPr>
        <w:t>Very brief description of the research process.</w:t>
      </w:r>
    </w:p>
    <w:p w14:paraId="23EF4547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b/>
          <w:sz w:val="22"/>
        </w:rPr>
        <w:t xml:space="preserve">Results: </w:t>
      </w:r>
      <w:r w:rsidRPr="00CF0AA6">
        <w:rPr>
          <w:rFonts w:asciiTheme="majorHAnsi" w:hAnsiTheme="majorHAnsi" w:cstheme="majorHAnsi"/>
          <w:sz w:val="22"/>
        </w:rPr>
        <w:t>Presentation of the main results of the investigation.</w:t>
      </w:r>
    </w:p>
    <w:p w14:paraId="2D4183B2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b/>
          <w:sz w:val="22"/>
        </w:rPr>
        <w:t xml:space="preserve">Conclusion: </w:t>
      </w:r>
      <w:r w:rsidRPr="00CF0AA6">
        <w:rPr>
          <w:rFonts w:asciiTheme="majorHAnsi" w:hAnsiTheme="majorHAnsi" w:cstheme="majorHAnsi"/>
          <w:sz w:val="22"/>
        </w:rPr>
        <w:t>Brief description of the conclusions from the discussion of the results.</w:t>
      </w:r>
    </w:p>
    <w:p w14:paraId="45660168" w14:textId="77777777" w:rsidR="00F54920" w:rsidRPr="00CF0AA6" w:rsidRDefault="00E407EF" w:rsidP="00CF0AA6">
      <w:pPr>
        <w:pStyle w:val="RIISSection"/>
        <w:spacing w:before="0" w:after="0"/>
        <w:jc w:val="both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sz w:val="22"/>
        </w:rPr>
        <w:t>KEYWORDS</w:t>
      </w:r>
    </w:p>
    <w:p w14:paraId="7550C008" w14:textId="77777777" w:rsidR="00F54920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sz w:val="22"/>
        </w:rPr>
        <w:t>Keywords</w:t>
      </w:r>
    </w:p>
    <w:p w14:paraId="25CE0D07" w14:textId="77777777" w:rsidR="00CF0AA6" w:rsidRPr="00CF0AA6" w:rsidRDefault="00CF0AA6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</w:p>
    <w:p w14:paraId="35E3D729" w14:textId="77777777" w:rsidR="00F54920" w:rsidRPr="00CF0AA6" w:rsidRDefault="00E407EF" w:rsidP="00CF0AA6">
      <w:pPr>
        <w:pStyle w:val="RIISSection"/>
        <w:spacing w:before="0" w:after="0"/>
        <w:jc w:val="both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sz w:val="22"/>
        </w:rPr>
        <w:t>RESUMEN</w:t>
      </w:r>
    </w:p>
    <w:p w14:paraId="00C21B3C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CF0AA6">
        <w:rPr>
          <w:rFonts w:asciiTheme="majorHAnsi" w:hAnsiTheme="majorHAnsi" w:cstheme="majorHAnsi"/>
          <w:b/>
          <w:sz w:val="22"/>
        </w:rPr>
        <w:t>Introducción</w:t>
      </w:r>
      <w:proofErr w:type="spellEnd"/>
      <w:r w:rsidRPr="00CF0AA6">
        <w:rPr>
          <w:rFonts w:asciiTheme="majorHAnsi" w:hAnsiTheme="majorHAnsi" w:cstheme="majorHAnsi"/>
          <w:b/>
          <w:sz w:val="22"/>
        </w:rPr>
        <w:t xml:space="preserve">: </w:t>
      </w:r>
      <w:r w:rsidRPr="00CF0AA6">
        <w:rPr>
          <w:rFonts w:asciiTheme="majorHAnsi" w:hAnsiTheme="majorHAnsi" w:cstheme="majorHAnsi"/>
          <w:sz w:val="22"/>
        </w:rPr>
        <w:t xml:space="preserve">Marco del </w:t>
      </w:r>
      <w:proofErr w:type="spellStart"/>
      <w:r w:rsidRPr="00CF0AA6">
        <w:rPr>
          <w:rFonts w:asciiTheme="majorHAnsi" w:hAnsiTheme="majorHAnsi" w:cstheme="majorHAnsi"/>
          <w:sz w:val="22"/>
        </w:rPr>
        <w:t>tema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y </w:t>
      </w:r>
      <w:proofErr w:type="spellStart"/>
      <w:r w:rsidRPr="00CF0AA6">
        <w:rPr>
          <w:rFonts w:asciiTheme="majorHAnsi" w:hAnsiTheme="majorHAnsi" w:cstheme="majorHAnsi"/>
          <w:sz w:val="22"/>
        </w:rPr>
        <w:t>descripción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de la </w:t>
      </w:r>
      <w:proofErr w:type="spellStart"/>
      <w:r w:rsidRPr="00CF0AA6">
        <w:rPr>
          <w:rFonts w:asciiTheme="majorHAnsi" w:hAnsiTheme="majorHAnsi" w:cstheme="majorHAnsi"/>
          <w:sz w:val="22"/>
        </w:rPr>
        <w:t>relevancia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del </w:t>
      </w:r>
      <w:proofErr w:type="spellStart"/>
      <w:r w:rsidRPr="00CF0AA6">
        <w:rPr>
          <w:rFonts w:asciiTheme="majorHAnsi" w:hAnsiTheme="majorHAnsi" w:cstheme="majorHAnsi"/>
          <w:sz w:val="22"/>
        </w:rPr>
        <w:t>trabajo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de </w:t>
      </w:r>
      <w:proofErr w:type="spellStart"/>
      <w:r w:rsidRPr="00CF0AA6">
        <w:rPr>
          <w:rFonts w:asciiTheme="majorHAnsi" w:hAnsiTheme="majorHAnsi" w:cstheme="majorHAnsi"/>
          <w:sz w:val="22"/>
        </w:rPr>
        <w:t>investigación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; </w:t>
      </w:r>
      <w:proofErr w:type="spellStart"/>
      <w:r w:rsidRPr="00CF0AA6">
        <w:rPr>
          <w:rFonts w:asciiTheme="majorHAnsi" w:hAnsiTheme="majorHAnsi" w:cstheme="majorHAnsi"/>
          <w:sz w:val="22"/>
        </w:rPr>
        <w:t>debe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ser </w:t>
      </w:r>
      <w:proofErr w:type="spellStart"/>
      <w:r w:rsidRPr="00CF0AA6">
        <w:rPr>
          <w:rFonts w:asciiTheme="majorHAnsi" w:hAnsiTheme="majorHAnsi" w:cstheme="majorHAnsi"/>
          <w:sz w:val="22"/>
        </w:rPr>
        <w:t>sucinto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, </w:t>
      </w:r>
      <w:proofErr w:type="spellStart"/>
      <w:r w:rsidRPr="00CF0AA6">
        <w:rPr>
          <w:rFonts w:asciiTheme="majorHAnsi" w:hAnsiTheme="majorHAnsi" w:cstheme="majorHAnsi"/>
          <w:sz w:val="22"/>
        </w:rPr>
        <w:t>conciso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y con un </w:t>
      </w:r>
      <w:proofErr w:type="spellStart"/>
      <w:r w:rsidRPr="00CF0AA6">
        <w:rPr>
          <w:rFonts w:asciiTheme="majorHAnsi" w:hAnsiTheme="majorHAnsi" w:cstheme="majorHAnsi"/>
          <w:sz w:val="22"/>
        </w:rPr>
        <w:t>discurso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claro.</w:t>
      </w:r>
    </w:p>
    <w:p w14:paraId="319B9062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CF0AA6">
        <w:rPr>
          <w:rFonts w:asciiTheme="majorHAnsi" w:hAnsiTheme="majorHAnsi" w:cstheme="majorHAnsi"/>
          <w:b/>
          <w:bCs/>
          <w:sz w:val="22"/>
        </w:rPr>
        <w:t>Objetivo</w:t>
      </w:r>
      <w:proofErr w:type="spellEnd"/>
      <w:r w:rsidRPr="00CF0AA6">
        <w:rPr>
          <w:rFonts w:asciiTheme="majorHAnsi" w:hAnsiTheme="majorHAnsi" w:cstheme="majorHAnsi"/>
          <w:b/>
          <w:bCs/>
          <w:sz w:val="22"/>
        </w:rPr>
        <w:t xml:space="preserve">: </w:t>
      </w:r>
      <w:proofErr w:type="spellStart"/>
      <w:r w:rsidRPr="00CF0AA6">
        <w:rPr>
          <w:rFonts w:asciiTheme="majorHAnsi" w:hAnsiTheme="majorHAnsi" w:cstheme="majorHAnsi"/>
          <w:sz w:val="22"/>
        </w:rPr>
        <w:t>Identificación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F0AA6">
        <w:rPr>
          <w:rFonts w:asciiTheme="majorHAnsi" w:hAnsiTheme="majorHAnsi" w:cstheme="majorHAnsi"/>
          <w:sz w:val="22"/>
        </w:rPr>
        <w:t>clara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del </w:t>
      </w:r>
      <w:proofErr w:type="spellStart"/>
      <w:r w:rsidRPr="00CF0AA6">
        <w:rPr>
          <w:rFonts w:asciiTheme="majorHAnsi" w:hAnsiTheme="majorHAnsi" w:cstheme="majorHAnsi"/>
          <w:sz w:val="22"/>
        </w:rPr>
        <w:t>objetivo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general y, </w:t>
      </w:r>
      <w:proofErr w:type="spellStart"/>
      <w:r w:rsidRPr="00CF0AA6">
        <w:rPr>
          <w:rFonts w:asciiTheme="majorHAnsi" w:hAnsiTheme="majorHAnsi" w:cstheme="majorHAnsi"/>
          <w:sz w:val="22"/>
        </w:rPr>
        <w:t>cuando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F0AA6">
        <w:rPr>
          <w:rFonts w:asciiTheme="majorHAnsi" w:hAnsiTheme="majorHAnsi" w:cstheme="majorHAnsi"/>
          <w:sz w:val="22"/>
        </w:rPr>
        <w:t>corresponda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, de </w:t>
      </w:r>
      <w:proofErr w:type="spellStart"/>
      <w:r w:rsidRPr="00CF0AA6">
        <w:rPr>
          <w:rFonts w:asciiTheme="majorHAnsi" w:hAnsiTheme="majorHAnsi" w:cstheme="majorHAnsi"/>
          <w:sz w:val="22"/>
        </w:rPr>
        <w:t>los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F0AA6">
        <w:rPr>
          <w:rFonts w:asciiTheme="majorHAnsi" w:hAnsiTheme="majorHAnsi" w:cstheme="majorHAnsi"/>
          <w:sz w:val="22"/>
        </w:rPr>
        <w:t>objetivos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F0AA6">
        <w:rPr>
          <w:rFonts w:asciiTheme="majorHAnsi" w:hAnsiTheme="majorHAnsi" w:cstheme="majorHAnsi"/>
          <w:sz w:val="22"/>
        </w:rPr>
        <w:t>específicos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del </w:t>
      </w:r>
      <w:proofErr w:type="spellStart"/>
      <w:r w:rsidRPr="00CF0AA6">
        <w:rPr>
          <w:rFonts w:asciiTheme="majorHAnsi" w:hAnsiTheme="majorHAnsi" w:cstheme="majorHAnsi"/>
          <w:sz w:val="22"/>
        </w:rPr>
        <w:t>estudio</w:t>
      </w:r>
      <w:proofErr w:type="spellEnd"/>
      <w:r w:rsidRPr="00CF0AA6">
        <w:rPr>
          <w:rFonts w:asciiTheme="majorHAnsi" w:hAnsiTheme="majorHAnsi" w:cstheme="majorHAnsi"/>
          <w:sz w:val="22"/>
        </w:rPr>
        <w:t>.</w:t>
      </w:r>
    </w:p>
    <w:p w14:paraId="37FED34C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CF0AA6">
        <w:rPr>
          <w:rFonts w:asciiTheme="majorHAnsi" w:hAnsiTheme="majorHAnsi" w:cstheme="majorHAnsi"/>
          <w:b/>
          <w:sz w:val="22"/>
        </w:rPr>
        <w:t>Método</w:t>
      </w:r>
      <w:proofErr w:type="spellEnd"/>
      <w:r w:rsidRPr="00CF0AA6">
        <w:rPr>
          <w:rFonts w:asciiTheme="majorHAnsi" w:hAnsiTheme="majorHAnsi" w:cstheme="majorHAnsi"/>
          <w:b/>
          <w:sz w:val="22"/>
        </w:rPr>
        <w:t xml:space="preserve">: </w:t>
      </w:r>
      <w:proofErr w:type="spellStart"/>
      <w:r w:rsidRPr="00CF0AA6">
        <w:rPr>
          <w:rFonts w:asciiTheme="majorHAnsi" w:hAnsiTheme="majorHAnsi" w:cstheme="majorHAnsi"/>
          <w:bCs/>
          <w:sz w:val="22"/>
        </w:rPr>
        <w:t>Descripción</w:t>
      </w:r>
      <w:proofErr w:type="spellEnd"/>
      <w:r w:rsidRPr="00CF0AA6">
        <w:rPr>
          <w:rFonts w:asciiTheme="majorHAnsi" w:hAnsiTheme="majorHAnsi" w:cstheme="majorHAnsi"/>
          <w:bCs/>
          <w:sz w:val="22"/>
        </w:rPr>
        <w:t xml:space="preserve"> </w:t>
      </w:r>
      <w:proofErr w:type="spellStart"/>
      <w:r w:rsidRPr="00CF0AA6">
        <w:rPr>
          <w:rFonts w:asciiTheme="majorHAnsi" w:hAnsiTheme="majorHAnsi" w:cstheme="majorHAnsi"/>
          <w:bCs/>
          <w:sz w:val="22"/>
        </w:rPr>
        <w:t>muy</w:t>
      </w:r>
      <w:proofErr w:type="spellEnd"/>
      <w:r w:rsidRPr="00CF0AA6">
        <w:rPr>
          <w:rFonts w:asciiTheme="majorHAnsi" w:hAnsiTheme="majorHAnsi" w:cstheme="majorHAnsi"/>
          <w:bCs/>
          <w:sz w:val="22"/>
        </w:rPr>
        <w:t xml:space="preserve"> breve del </w:t>
      </w:r>
      <w:proofErr w:type="spellStart"/>
      <w:r w:rsidRPr="00CF0AA6">
        <w:rPr>
          <w:rFonts w:asciiTheme="majorHAnsi" w:hAnsiTheme="majorHAnsi" w:cstheme="majorHAnsi"/>
          <w:bCs/>
          <w:sz w:val="22"/>
        </w:rPr>
        <w:t>proceso</w:t>
      </w:r>
      <w:proofErr w:type="spellEnd"/>
      <w:r w:rsidRPr="00CF0AA6">
        <w:rPr>
          <w:rFonts w:asciiTheme="majorHAnsi" w:hAnsiTheme="majorHAnsi" w:cstheme="majorHAnsi"/>
          <w:bCs/>
          <w:sz w:val="22"/>
        </w:rPr>
        <w:t xml:space="preserve"> de </w:t>
      </w:r>
      <w:proofErr w:type="spellStart"/>
      <w:r w:rsidRPr="00CF0AA6">
        <w:rPr>
          <w:rFonts w:asciiTheme="majorHAnsi" w:hAnsiTheme="majorHAnsi" w:cstheme="majorHAnsi"/>
          <w:bCs/>
          <w:sz w:val="22"/>
        </w:rPr>
        <w:t>investigación</w:t>
      </w:r>
      <w:proofErr w:type="spellEnd"/>
      <w:r w:rsidRPr="00CF0AA6">
        <w:rPr>
          <w:rFonts w:asciiTheme="majorHAnsi" w:hAnsiTheme="majorHAnsi" w:cstheme="majorHAnsi"/>
          <w:bCs/>
          <w:sz w:val="22"/>
        </w:rPr>
        <w:t>.</w:t>
      </w:r>
    </w:p>
    <w:p w14:paraId="45FCEBD4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CF0AA6">
        <w:rPr>
          <w:rFonts w:asciiTheme="majorHAnsi" w:hAnsiTheme="majorHAnsi" w:cstheme="majorHAnsi"/>
          <w:b/>
          <w:sz w:val="22"/>
        </w:rPr>
        <w:t>Resultados</w:t>
      </w:r>
      <w:proofErr w:type="spellEnd"/>
      <w:r w:rsidRPr="00CF0AA6">
        <w:rPr>
          <w:rFonts w:asciiTheme="majorHAnsi" w:hAnsiTheme="majorHAnsi" w:cstheme="majorHAnsi"/>
          <w:b/>
          <w:sz w:val="22"/>
        </w:rPr>
        <w:t xml:space="preserve">: </w:t>
      </w:r>
      <w:r w:rsidRPr="00CF0AA6">
        <w:rPr>
          <w:rFonts w:asciiTheme="majorHAnsi" w:hAnsiTheme="majorHAnsi" w:cstheme="majorHAnsi"/>
          <w:sz w:val="22"/>
        </w:rPr>
        <w:t xml:space="preserve">Presentación de </w:t>
      </w:r>
      <w:proofErr w:type="spellStart"/>
      <w:r w:rsidRPr="00CF0AA6">
        <w:rPr>
          <w:rFonts w:asciiTheme="majorHAnsi" w:hAnsiTheme="majorHAnsi" w:cstheme="majorHAnsi"/>
          <w:sz w:val="22"/>
        </w:rPr>
        <w:t>los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F0AA6">
        <w:rPr>
          <w:rFonts w:asciiTheme="majorHAnsi" w:hAnsiTheme="majorHAnsi" w:cstheme="majorHAnsi"/>
          <w:sz w:val="22"/>
        </w:rPr>
        <w:t>principales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F0AA6">
        <w:rPr>
          <w:rFonts w:asciiTheme="majorHAnsi" w:hAnsiTheme="majorHAnsi" w:cstheme="majorHAnsi"/>
          <w:sz w:val="22"/>
        </w:rPr>
        <w:t>resultados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de la </w:t>
      </w:r>
      <w:proofErr w:type="spellStart"/>
      <w:r w:rsidRPr="00CF0AA6">
        <w:rPr>
          <w:rFonts w:asciiTheme="majorHAnsi" w:hAnsiTheme="majorHAnsi" w:cstheme="majorHAnsi"/>
          <w:sz w:val="22"/>
        </w:rPr>
        <w:t>investigación</w:t>
      </w:r>
      <w:proofErr w:type="spellEnd"/>
      <w:r w:rsidRPr="00CF0AA6">
        <w:rPr>
          <w:rFonts w:asciiTheme="majorHAnsi" w:hAnsiTheme="majorHAnsi" w:cstheme="majorHAnsi"/>
          <w:sz w:val="22"/>
        </w:rPr>
        <w:t>.</w:t>
      </w:r>
    </w:p>
    <w:p w14:paraId="12F004AD" w14:textId="77777777" w:rsidR="00F54920" w:rsidRPr="00CF0AA6" w:rsidRDefault="00E407EF" w:rsidP="00CF0AA6">
      <w:pPr>
        <w:pStyle w:val="RIISBody"/>
        <w:spacing w:after="0"/>
        <w:jc w:val="both"/>
        <w:rPr>
          <w:rFonts w:asciiTheme="majorHAnsi" w:hAnsiTheme="majorHAnsi" w:cstheme="majorHAnsi"/>
          <w:sz w:val="22"/>
        </w:rPr>
      </w:pPr>
      <w:proofErr w:type="spellStart"/>
      <w:r w:rsidRPr="00CF0AA6">
        <w:rPr>
          <w:rFonts w:asciiTheme="majorHAnsi" w:hAnsiTheme="majorHAnsi" w:cstheme="majorHAnsi"/>
          <w:b/>
          <w:sz w:val="22"/>
        </w:rPr>
        <w:t>Conclusión</w:t>
      </w:r>
      <w:proofErr w:type="spellEnd"/>
      <w:r w:rsidRPr="00CF0AA6">
        <w:rPr>
          <w:rFonts w:asciiTheme="majorHAnsi" w:hAnsiTheme="majorHAnsi" w:cstheme="majorHAnsi"/>
          <w:b/>
          <w:sz w:val="22"/>
        </w:rPr>
        <w:t xml:space="preserve">: </w:t>
      </w:r>
      <w:r w:rsidRPr="00CF0AA6">
        <w:rPr>
          <w:rFonts w:asciiTheme="majorHAnsi" w:hAnsiTheme="majorHAnsi" w:cstheme="majorHAnsi"/>
          <w:sz w:val="22"/>
        </w:rPr>
        <w:t xml:space="preserve">Breve </w:t>
      </w:r>
      <w:proofErr w:type="spellStart"/>
      <w:r w:rsidRPr="00CF0AA6">
        <w:rPr>
          <w:rFonts w:asciiTheme="majorHAnsi" w:hAnsiTheme="majorHAnsi" w:cstheme="majorHAnsi"/>
          <w:sz w:val="22"/>
        </w:rPr>
        <w:t>descripción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de las </w:t>
      </w:r>
      <w:proofErr w:type="spellStart"/>
      <w:r w:rsidRPr="00CF0AA6">
        <w:rPr>
          <w:rFonts w:asciiTheme="majorHAnsi" w:hAnsiTheme="majorHAnsi" w:cstheme="majorHAnsi"/>
          <w:sz w:val="22"/>
        </w:rPr>
        <w:t>conclusiones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de la </w:t>
      </w:r>
      <w:proofErr w:type="spellStart"/>
      <w:r w:rsidRPr="00CF0AA6">
        <w:rPr>
          <w:rFonts w:asciiTheme="majorHAnsi" w:hAnsiTheme="majorHAnsi" w:cstheme="majorHAnsi"/>
          <w:sz w:val="22"/>
        </w:rPr>
        <w:t>discusión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de </w:t>
      </w:r>
      <w:proofErr w:type="spellStart"/>
      <w:r w:rsidRPr="00CF0AA6">
        <w:rPr>
          <w:rFonts w:asciiTheme="majorHAnsi" w:hAnsiTheme="majorHAnsi" w:cstheme="majorHAnsi"/>
          <w:sz w:val="22"/>
        </w:rPr>
        <w:t>los</w:t>
      </w:r>
      <w:proofErr w:type="spellEnd"/>
      <w:r w:rsidRPr="00CF0AA6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F0AA6">
        <w:rPr>
          <w:rFonts w:asciiTheme="majorHAnsi" w:hAnsiTheme="majorHAnsi" w:cstheme="majorHAnsi"/>
          <w:sz w:val="22"/>
        </w:rPr>
        <w:t>resultados</w:t>
      </w:r>
      <w:proofErr w:type="spellEnd"/>
      <w:r w:rsidRPr="00CF0AA6">
        <w:rPr>
          <w:rFonts w:asciiTheme="majorHAnsi" w:hAnsiTheme="majorHAnsi" w:cstheme="majorHAnsi"/>
          <w:sz w:val="22"/>
        </w:rPr>
        <w:t>.</w:t>
      </w:r>
    </w:p>
    <w:p w14:paraId="1CF02077" w14:textId="77777777" w:rsidR="00F54920" w:rsidRPr="00CF0AA6" w:rsidRDefault="00E407EF" w:rsidP="00CF0AA6">
      <w:pPr>
        <w:pStyle w:val="RIISSection"/>
        <w:spacing w:before="0" w:after="0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sz w:val="22"/>
        </w:rPr>
        <w:t>PALABRAS CLAVE</w:t>
      </w:r>
    </w:p>
    <w:p w14:paraId="431A30E0" w14:textId="77777777" w:rsidR="00F54920" w:rsidRPr="00620234" w:rsidRDefault="00E407EF" w:rsidP="00CF0AA6">
      <w:pPr>
        <w:pStyle w:val="RIISBody"/>
        <w:spacing w:after="0"/>
        <w:rPr>
          <w:rFonts w:asciiTheme="majorHAnsi" w:hAnsiTheme="majorHAnsi" w:cstheme="majorHAnsi"/>
          <w:sz w:val="22"/>
        </w:rPr>
      </w:pPr>
      <w:r w:rsidRPr="00CF0AA6">
        <w:rPr>
          <w:rFonts w:asciiTheme="majorHAnsi" w:hAnsiTheme="majorHAnsi" w:cstheme="majorHAnsi"/>
          <w:sz w:val="22"/>
        </w:rPr>
        <w:t>Palabras clave</w:t>
      </w:r>
    </w:p>
    <w:p w14:paraId="5ED1CB54" w14:textId="77777777" w:rsidR="00F54920" w:rsidRPr="00620234" w:rsidRDefault="00E407EF" w:rsidP="00CF0AA6">
      <w:pPr>
        <w:suppressLineNumbers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br w:type="page"/>
      </w:r>
    </w:p>
    <w:p w14:paraId="31723A12" w14:textId="7294E080" w:rsidR="00F54920" w:rsidRDefault="00E407EF" w:rsidP="002769CC">
      <w:pPr>
        <w:pStyle w:val="RIISSectionCenter"/>
        <w:tabs>
          <w:tab w:val="center" w:pos="4535"/>
        </w:tabs>
        <w:spacing w:before="0" w:after="120" w:line="360" w:lineRule="auto"/>
        <w:jc w:val="left"/>
        <w:rPr>
          <w:rFonts w:asciiTheme="majorHAnsi" w:hAnsiTheme="majorHAnsi" w:cstheme="majorHAnsi"/>
          <w:sz w:val="22"/>
        </w:rPr>
      </w:pPr>
      <w:r w:rsidRPr="00AE543F">
        <w:rPr>
          <w:rFonts w:asciiTheme="majorHAnsi" w:hAnsiTheme="majorHAnsi" w:cstheme="majorHAnsi"/>
          <w:sz w:val="22"/>
        </w:rPr>
        <w:lastRenderedPageBreak/>
        <w:t>INTRODUÇÃO</w:t>
      </w:r>
      <w:r w:rsidR="00CF0AA6">
        <w:rPr>
          <w:rFonts w:asciiTheme="majorHAnsi" w:hAnsiTheme="majorHAnsi" w:cstheme="majorHAnsi"/>
          <w:sz w:val="22"/>
        </w:rPr>
        <w:t xml:space="preserve"> / INTRODUCTION</w:t>
      </w:r>
      <w:r w:rsidR="002769CC">
        <w:rPr>
          <w:rFonts w:asciiTheme="majorHAnsi" w:hAnsiTheme="majorHAnsi" w:cstheme="majorHAnsi"/>
          <w:sz w:val="22"/>
        </w:rPr>
        <w:tab/>
      </w:r>
    </w:p>
    <w:p w14:paraId="16C9959A" w14:textId="77777777" w:rsidR="00CF0AA6" w:rsidRPr="00620234" w:rsidRDefault="00CF0AA6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sz w:val="22"/>
        </w:rPr>
        <w:t>Texto</w:t>
      </w:r>
      <w:proofErr w:type="spellEnd"/>
      <w:r>
        <w:rPr>
          <w:rFonts w:asciiTheme="majorHAnsi" w:hAnsiTheme="majorHAnsi" w:cstheme="majorHAnsi"/>
          <w:sz w:val="22"/>
        </w:rPr>
        <w:t xml:space="preserve"> / Text</w:t>
      </w:r>
    </w:p>
    <w:p w14:paraId="4F194D87" w14:textId="77777777" w:rsidR="00CF0AA6" w:rsidRPr="00AE543F" w:rsidRDefault="00CF0AA6" w:rsidP="00CF0AA6">
      <w:pPr>
        <w:pStyle w:val="RIISSectionCenter"/>
        <w:spacing w:before="0" w:after="0" w:line="360" w:lineRule="auto"/>
        <w:jc w:val="left"/>
        <w:rPr>
          <w:rFonts w:asciiTheme="majorHAnsi" w:hAnsiTheme="majorHAnsi" w:cstheme="majorHAnsi"/>
          <w:sz w:val="22"/>
        </w:rPr>
      </w:pPr>
    </w:p>
    <w:p w14:paraId="062A953E" w14:textId="3DE54648" w:rsidR="00F54920" w:rsidRPr="00620234" w:rsidRDefault="00E407EF" w:rsidP="00CF0AA6">
      <w:pPr>
        <w:pStyle w:val="RIISSectionCenter"/>
        <w:spacing w:before="0" w:after="120" w:line="360" w:lineRule="auto"/>
        <w:jc w:val="left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M</w:t>
      </w:r>
      <w:r w:rsidR="00B03CF9" w:rsidRPr="00620234">
        <w:rPr>
          <w:rFonts w:asciiTheme="majorHAnsi" w:hAnsiTheme="majorHAnsi" w:cstheme="majorHAnsi"/>
          <w:sz w:val="22"/>
        </w:rPr>
        <w:t>ÉTODO</w:t>
      </w:r>
      <w:r w:rsidR="00CF0AA6">
        <w:rPr>
          <w:rFonts w:asciiTheme="majorHAnsi" w:hAnsiTheme="majorHAnsi" w:cstheme="majorHAnsi"/>
          <w:sz w:val="22"/>
        </w:rPr>
        <w:t xml:space="preserve"> / METHOD</w:t>
      </w:r>
    </w:p>
    <w:p w14:paraId="2AAC10B1" w14:textId="5B41FD18" w:rsidR="00F54920" w:rsidRDefault="00E407EF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sz w:val="22"/>
        </w:rPr>
        <w:t>Texto</w:t>
      </w:r>
      <w:proofErr w:type="spellEnd"/>
      <w:r w:rsidR="00CF0AA6">
        <w:rPr>
          <w:rFonts w:asciiTheme="majorHAnsi" w:hAnsiTheme="majorHAnsi" w:cstheme="majorHAnsi"/>
          <w:sz w:val="22"/>
        </w:rPr>
        <w:t xml:space="preserve"> / Text</w:t>
      </w:r>
    </w:p>
    <w:p w14:paraId="6C77DBF3" w14:textId="77777777" w:rsidR="00CF0AA6" w:rsidRPr="00620234" w:rsidRDefault="00CF0AA6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</w:p>
    <w:p w14:paraId="26090D60" w14:textId="68030844" w:rsidR="00F54920" w:rsidRPr="00620234" w:rsidRDefault="00E407EF" w:rsidP="00CF0AA6">
      <w:pPr>
        <w:pStyle w:val="RIISSectionCenter"/>
        <w:spacing w:before="0" w:after="120" w:line="360" w:lineRule="auto"/>
        <w:jc w:val="left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RESULTADOS</w:t>
      </w:r>
      <w:r w:rsidR="00CF0AA6">
        <w:rPr>
          <w:rFonts w:asciiTheme="majorHAnsi" w:hAnsiTheme="majorHAnsi" w:cstheme="majorHAnsi"/>
          <w:sz w:val="22"/>
        </w:rPr>
        <w:t xml:space="preserve"> / RESULTS</w:t>
      </w:r>
    </w:p>
    <w:p w14:paraId="4452E2C2" w14:textId="2E78826E" w:rsidR="00F54920" w:rsidRPr="00620234" w:rsidRDefault="00CF0AA6" w:rsidP="00CF0AA6">
      <w:pPr>
        <w:pStyle w:val="RIISSubsectionCenter"/>
        <w:spacing w:before="0" w:after="0" w:line="360" w:lineRule="auto"/>
        <w:jc w:val="left"/>
        <w:rPr>
          <w:rFonts w:asciiTheme="majorHAnsi" w:hAnsiTheme="majorHAnsi" w:cstheme="majorHAnsi"/>
          <w:b w:val="0"/>
          <w:bCs/>
          <w:sz w:val="22"/>
        </w:rPr>
      </w:pPr>
      <w:proofErr w:type="spellStart"/>
      <w:r w:rsidRPr="00CF0AA6">
        <w:rPr>
          <w:rFonts w:asciiTheme="majorHAnsi" w:hAnsiTheme="majorHAnsi" w:cstheme="majorHAnsi"/>
          <w:i/>
          <w:iCs/>
          <w:sz w:val="22"/>
        </w:rPr>
        <w:t>Subtítulos</w:t>
      </w:r>
      <w:proofErr w:type="spellEnd"/>
      <w:r w:rsidRPr="00CF0AA6">
        <w:rPr>
          <w:rFonts w:asciiTheme="majorHAnsi" w:hAnsiTheme="majorHAnsi" w:cstheme="majorHAnsi"/>
          <w:i/>
          <w:iCs/>
          <w:sz w:val="22"/>
        </w:rPr>
        <w:t xml:space="preserve"> de </w:t>
      </w:r>
      <w:proofErr w:type="spellStart"/>
      <w:r w:rsidRPr="00CF0AA6">
        <w:rPr>
          <w:rFonts w:asciiTheme="majorHAnsi" w:hAnsiTheme="majorHAnsi" w:cstheme="majorHAnsi"/>
          <w:i/>
          <w:iCs/>
          <w:sz w:val="22"/>
        </w:rPr>
        <w:t>secção</w:t>
      </w:r>
      <w:proofErr w:type="spellEnd"/>
      <w:r w:rsidR="00E407EF" w:rsidRPr="00620234">
        <w:rPr>
          <w:rFonts w:asciiTheme="majorHAnsi" w:hAnsiTheme="majorHAnsi" w:cstheme="majorHAnsi"/>
          <w:sz w:val="22"/>
        </w:rPr>
        <w:t xml:space="preserve"> </w:t>
      </w:r>
      <w:r w:rsidR="00E407EF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 xml:space="preserve">(se </w:t>
      </w:r>
      <w:proofErr w:type="spellStart"/>
      <w:r w:rsidR="00E407EF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necessário</w:t>
      </w:r>
      <w:proofErr w:type="spellEnd"/>
      <w:r w:rsidR="00E407EF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)</w:t>
      </w:r>
    </w:p>
    <w:p w14:paraId="3AD1FFDF" w14:textId="62EEF3B1" w:rsidR="00F54920" w:rsidRDefault="00E407EF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sz w:val="22"/>
        </w:rPr>
        <w:t>Texto</w:t>
      </w:r>
      <w:proofErr w:type="spellEnd"/>
      <w:r w:rsidR="00CF0AA6">
        <w:rPr>
          <w:rFonts w:asciiTheme="majorHAnsi" w:hAnsiTheme="majorHAnsi" w:cstheme="majorHAnsi"/>
          <w:sz w:val="22"/>
        </w:rPr>
        <w:t xml:space="preserve"> </w:t>
      </w:r>
      <w:r w:rsidR="00CF0AA6">
        <w:rPr>
          <w:rFonts w:asciiTheme="majorHAnsi" w:hAnsiTheme="majorHAnsi" w:cstheme="majorHAnsi"/>
          <w:sz w:val="22"/>
        </w:rPr>
        <w:t>/ Text</w:t>
      </w:r>
    </w:p>
    <w:p w14:paraId="09FBACBC" w14:textId="77777777" w:rsidR="00CF0AA6" w:rsidRPr="00620234" w:rsidRDefault="00CF0AA6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</w:p>
    <w:p w14:paraId="2551EE39" w14:textId="45E0CED2" w:rsidR="00F54920" w:rsidRPr="00620234" w:rsidRDefault="00E407EF" w:rsidP="00CF0AA6">
      <w:pPr>
        <w:pStyle w:val="RIISSectionCenter"/>
        <w:spacing w:before="0" w:after="120" w:line="360" w:lineRule="auto"/>
        <w:jc w:val="left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DISCUSSÃO</w:t>
      </w:r>
      <w:r w:rsidR="00CF0AA6">
        <w:rPr>
          <w:rFonts w:asciiTheme="majorHAnsi" w:hAnsiTheme="majorHAnsi" w:cstheme="majorHAnsi"/>
          <w:sz w:val="22"/>
        </w:rPr>
        <w:t xml:space="preserve"> / DISCUSSION</w:t>
      </w:r>
    </w:p>
    <w:p w14:paraId="532CBCE0" w14:textId="00718270" w:rsidR="00F54920" w:rsidRPr="00620234" w:rsidRDefault="00CF0AA6" w:rsidP="00CF0AA6">
      <w:pPr>
        <w:pStyle w:val="RIISSubsectionCenter"/>
        <w:spacing w:before="0" w:after="0" w:line="360" w:lineRule="auto"/>
        <w:jc w:val="left"/>
        <w:rPr>
          <w:rFonts w:asciiTheme="majorHAnsi" w:hAnsiTheme="majorHAnsi" w:cstheme="majorHAnsi"/>
          <w:sz w:val="22"/>
        </w:rPr>
      </w:pPr>
      <w:proofErr w:type="spellStart"/>
      <w:r w:rsidRPr="00CF0AA6">
        <w:rPr>
          <w:rFonts w:asciiTheme="majorHAnsi" w:hAnsiTheme="majorHAnsi" w:cstheme="majorHAnsi"/>
          <w:i/>
          <w:iCs/>
          <w:sz w:val="22"/>
        </w:rPr>
        <w:t>Subtítulos</w:t>
      </w:r>
      <w:proofErr w:type="spellEnd"/>
      <w:r w:rsidRPr="00CF0AA6">
        <w:rPr>
          <w:rFonts w:asciiTheme="majorHAnsi" w:hAnsiTheme="majorHAnsi" w:cstheme="majorHAnsi"/>
          <w:i/>
          <w:iCs/>
          <w:sz w:val="22"/>
        </w:rPr>
        <w:t xml:space="preserve"> de </w:t>
      </w:r>
      <w:proofErr w:type="spellStart"/>
      <w:r w:rsidRPr="00CF0AA6">
        <w:rPr>
          <w:rFonts w:asciiTheme="majorHAnsi" w:hAnsiTheme="majorHAnsi" w:cstheme="majorHAnsi"/>
          <w:i/>
          <w:iCs/>
          <w:sz w:val="22"/>
        </w:rPr>
        <w:t>secção</w:t>
      </w:r>
      <w:proofErr w:type="spellEnd"/>
      <w:r>
        <w:rPr>
          <w:rFonts w:asciiTheme="majorHAnsi" w:hAnsiTheme="majorHAnsi" w:cstheme="majorHAnsi"/>
          <w:sz w:val="22"/>
        </w:rPr>
        <w:t xml:space="preserve"> </w:t>
      </w:r>
      <w:proofErr w:type="gramStart"/>
      <w:r>
        <w:rPr>
          <w:rFonts w:asciiTheme="majorHAnsi" w:hAnsiTheme="majorHAnsi" w:cstheme="majorHAnsi"/>
          <w:sz w:val="22"/>
        </w:rPr>
        <w:t xml:space="preserve">/ </w:t>
      </w:r>
      <w:r w:rsidRPr="00620234">
        <w:rPr>
          <w:rFonts w:asciiTheme="majorHAnsi" w:hAnsiTheme="majorHAnsi" w:cstheme="majorHAnsi"/>
          <w:sz w:val="22"/>
        </w:rPr>
        <w:t xml:space="preserve"> </w:t>
      </w:r>
      <w:r w:rsidR="00E407EF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(</w:t>
      </w:r>
      <w:proofErr w:type="gramEnd"/>
      <w:r w:rsidR="00E407EF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 xml:space="preserve">se </w:t>
      </w:r>
      <w:proofErr w:type="spellStart"/>
      <w:r w:rsidR="00E407EF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necessário</w:t>
      </w:r>
      <w:proofErr w:type="spellEnd"/>
      <w:r w:rsidR="00E407EF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)</w:t>
      </w:r>
    </w:p>
    <w:p w14:paraId="7656B1BE" w14:textId="23DFEF6D" w:rsidR="00F54920" w:rsidRDefault="00E407EF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sz w:val="22"/>
        </w:rPr>
        <w:t>Texto</w:t>
      </w:r>
      <w:proofErr w:type="spellEnd"/>
      <w:r w:rsidR="00CF0AA6">
        <w:rPr>
          <w:rFonts w:asciiTheme="majorHAnsi" w:hAnsiTheme="majorHAnsi" w:cstheme="majorHAnsi"/>
          <w:sz w:val="22"/>
        </w:rPr>
        <w:t xml:space="preserve"> </w:t>
      </w:r>
      <w:r w:rsidR="00CF0AA6">
        <w:rPr>
          <w:rFonts w:asciiTheme="majorHAnsi" w:hAnsiTheme="majorHAnsi" w:cstheme="majorHAnsi"/>
          <w:sz w:val="22"/>
        </w:rPr>
        <w:t>/ Text</w:t>
      </w:r>
    </w:p>
    <w:p w14:paraId="4AC53B4C" w14:textId="77777777" w:rsidR="00CF0AA6" w:rsidRPr="00620234" w:rsidRDefault="00CF0AA6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</w:p>
    <w:p w14:paraId="76EDB417" w14:textId="2F153510" w:rsidR="00F54920" w:rsidRPr="00620234" w:rsidRDefault="00E407EF" w:rsidP="00CF0AA6">
      <w:pPr>
        <w:pStyle w:val="RIISSectionCenter"/>
        <w:spacing w:before="0" w:after="120" w:line="360" w:lineRule="auto"/>
        <w:jc w:val="left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CONCLUS</w:t>
      </w:r>
      <w:r w:rsidR="00B147BD">
        <w:rPr>
          <w:rFonts w:asciiTheme="majorHAnsi" w:hAnsiTheme="majorHAnsi" w:cstheme="majorHAnsi"/>
          <w:sz w:val="22"/>
        </w:rPr>
        <w:t>ÃO</w:t>
      </w:r>
      <w:r w:rsidR="00CF0AA6">
        <w:rPr>
          <w:rFonts w:asciiTheme="majorHAnsi" w:hAnsiTheme="majorHAnsi" w:cstheme="majorHAnsi"/>
          <w:sz w:val="22"/>
        </w:rPr>
        <w:t xml:space="preserve"> /CONCLUSION</w:t>
      </w:r>
    </w:p>
    <w:p w14:paraId="1822D01E" w14:textId="6F765128" w:rsidR="00F54920" w:rsidRPr="00620234" w:rsidRDefault="00E407EF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sz w:val="22"/>
        </w:rPr>
        <w:t>Texto</w:t>
      </w:r>
      <w:proofErr w:type="spellEnd"/>
      <w:r w:rsidR="00CF0AA6">
        <w:rPr>
          <w:rFonts w:asciiTheme="majorHAnsi" w:hAnsiTheme="majorHAnsi" w:cstheme="majorHAnsi"/>
          <w:sz w:val="22"/>
        </w:rPr>
        <w:t>/ Text</w:t>
      </w:r>
    </w:p>
    <w:p w14:paraId="0A96C8D2" w14:textId="77777777" w:rsidR="009043E1" w:rsidRPr="00620234" w:rsidRDefault="009043E1" w:rsidP="00CF0AA6">
      <w:pPr>
        <w:pStyle w:val="RIISBody"/>
        <w:suppressLineNumbers/>
        <w:spacing w:after="0" w:line="360" w:lineRule="auto"/>
        <w:rPr>
          <w:rFonts w:asciiTheme="majorHAnsi" w:hAnsiTheme="majorHAnsi" w:cstheme="majorHAnsi"/>
          <w:sz w:val="22"/>
        </w:rPr>
      </w:pPr>
    </w:p>
    <w:p w14:paraId="55A2E36C" w14:textId="6CA17244" w:rsidR="00747E42" w:rsidRPr="00620234" w:rsidRDefault="00747E42" w:rsidP="00CF0AA6">
      <w:pPr>
        <w:pStyle w:val="RIISSubsectionCenter"/>
        <w:spacing w:before="0" w:after="120" w:line="360" w:lineRule="auto"/>
        <w:jc w:val="left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CONFLITO</w:t>
      </w:r>
      <w:r w:rsidR="00EE4AE7">
        <w:rPr>
          <w:rFonts w:asciiTheme="majorHAnsi" w:hAnsiTheme="majorHAnsi" w:cstheme="majorHAnsi"/>
          <w:sz w:val="22"/>
        </w:rPr>
        <w:t>S</w:t>
      </w:r>
      <w:r w:rsidRPr="00620234">
        <w:rPr>
          <w:rFonts w:asciiTheme="majorHAnsi" w:hAnsiTheme="majorHAnsi" w:cstheme="majorHAnsi"/>
          <w:sz w:val="22"/>
        </w:rPr>
        <w:t xml:space="preserve"> DE INTERESSE</w:t>
      </w:r>
      <w:r w:rsidR="00CF0AA6">
        <w:rPr>
          <w:rFonts w:asciiTheme="majorHAnsi" w:hAnsiTheme="majorHAnsi" w:cstheme="majorHAnsi"/>
          <w:sz w:val="22"/>
        </w:rPr>
        <w:t xml:space="preserve"> / CONFLICTS OF INTEREST</w:t>
      </w:r>
    </w:p>
    <w:p w14:paraId="64FB9CD8" w14:textId="6823DE4F" w:rsidR="00747E42" w:rsidRPr="00620234" w:rsidRDefault="00747E42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sz w:val="22"/>
        </w:rPr>
        <w:t>Texto</w:t>
      </w:r>
      <w:proofErr w:type="spellEnd"/>
      <w:r w:rsidR="00CF0AA6">
        <w:rPr>
          <w:rFonts w:asciiTheme="majorHAnsi" w:hAnsiTheme="majorHAnsi" w:cstheme="majorHAnsi"/>
          <w:sz w:val="22"/>
        </w:rPr>
        <w:t xml:space="preserve"> </w:t>
      </w:r>
      <w:r w:rsidR="00CF0AA6">
        <w:rPr>
          <w:rFonts w:asciiTheme="majorHAnsi" w:hAnsiTheme="majorHAnsi" w:cstheme="majorHAnsi"/>
          <w:sz w:val="22"/>
        </w:rPr>
        <w:t>/ Text</w:t>
      </w:r>
    </w:p>
    <w:p w14:paraId="23BCF8EA" w14:textId="77777777" w:rsidR="009043E1" w:rsidRPr="00620234" w:rsidRDefault="009043E1" w:rsidP="00CF0AA6">
      <w:pPr>
        <w:pStyle w:val="RIISSubsectionCenter"/>
        <w:suppressLineNumbers/>
        <w:spacing w:before="0" w:after="0" w:line="360" w:lineRule="auto"/>
        <w:jc w:val="left"/>
        <w:rPr>
          <w:rFonts w:asciiTheme="majorHAnsi" w:hAnsiTheme="majorHAnsi" w:cstheme="majorHAnsi"/>
          <w:sz w:val="22"/>
        </w:rPr>
      </w:pPr>
    </w:p>
    <w:p w14:paraId="23A5F8CF" w14:textId="3014FC98" w:rsidR="00747E42" w:rsidRPr="00620234" w:rsidRDefault="00747E42" w:rsidP="00CF0AA6">
      <w:pPr>
        <w:pStyle w:val="RIISSubsectionCenter"/>
        <w:spacing w:before="0" w:after="120" w:line="360" w:lineRule="auto"/>
        <w:jc w:val="left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 xml:space="preserve">FINANCIAMENTO </w:t>
      </w:r>
      <w:r w:rsidR="00CF0AA6">
        <w:rPr>
          <w:rFonts w:asciiTheme="majorHAnsi" w:hAnsiTheme="majorHAnsi" w:cstheme="majorHAnsi"/>
          <w:sz w:val="22"/>
        </w:rPr>
        <w:t xml:space="preserve">/ FUNDING </w:t>
      </w:r>
      <w:r w:rsidR="000A21C9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(</w:t>
      </w:r>
      <w:proofErr w:type="spellStart"/>
      <w:r w:rsidR="000A21C9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quando</w:t>
      </w:r>
      <w:proofErr w:type="spellEnd"/>
      <w:r w:rsidR="000A21C9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 xml:space="preserve"> </w:t>
      </w:r>
      <w:proofErr w:type="spellStart"/>
      <w:r w:rsidR="000A21C9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aplicável</w:t>
      </w:r>
      <w:proofErr w:type="spellEnd"/>
      <w:r w:rsidR="00CF0AA6">
        <w:rPr>
          <w:rFonts w:asciiTheme="majorHAnsi" w:hAnsiTheme="majorHAnsi" w:cstheme="majorHAnsi"/>
          <w:b w:val="0"/>
          <w:bCs/>
          <w:sz w:val="22"/>
          <w:highlight w:val="yellow"/>
        </w:rPr>
        <w:t xml:space="preserve"> / if applicable</w:t>
      </w:r>
      <w:r w:rsidR="000A21C9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)</w:t>
      </w:r>
    </w:p>
    <w:p w14:paraId="3146E1D6" w14:textId="13B21496" w:rsidR="002B3136" w:rsidRDefault="00E407EF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sz w:val="22"/>
        </w:rPr>
        <w:t>Texto</w:t>
      </w:r>
      <w:proofErr w:type="spellEnd"/>
      <w:r w:rsidR="00CF0AA6">
        <w:rPr>
          <w:rFonts w:asciiTheme="majorHAnsi" w:hAnsiTheme="majorHAnsi" w:cstheme="majorHAnsi"/>
          <w:sz w:val="22"/>
        </w:rPr>
        <w:t xml:space="preserve"> </w:t>
      </w:r>
      <w:r w:rsidR="00CF0AA6">
        <w:rPr>
          <w:rFonts w:asciiTheme="majorHAnsi" w:hAnsiTheme="majorHAnsi" w:cstheme="majorHAnsi"/>
          <w:sz w:val="22"/>
        </w:rPr>
        <w:t>/ Text</w:t>
      </w:r>
    </w:p>
    <w:p w14:paraId="0716FA0E" w14:textId="77777777" w:rsidR="00CF0AA6" w:rsidRPr="00620234" w:rsidRDefault="00CF0AA6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</w:p>
    <w:p w14:paraId="075290E8" w14:textId="40FFEF0B" w:rsidR="00F54920" w:rsidRPr="00620234" w:rsidRDefault="00E407EF" w:rsidP="00CF0AA6">
      <w:pPr>
        <w:pStyle w:val="RIISSubsectionCenter"/>
        <w:spacing w:before="0" w:after="120" w:line="360" w:lineRule="auto"/>
        <w:jc w:val="left"/>
        <w:rPr>
          <w:rFonts w:asciiTheme="majorHAnsi" w:hAnsiTheme="majorHAnsi" w:cstheme="majorHAnsi"/>
          <w:b w:val="0"/>
          <w:bCs/>
          <w:sz w:val="22"/>
        </w:rPr>
      </w:pPr>
      <w:r w:rsidRPr="00620234">
        <w:rPr>
          <w:rFonts w:asciiTheme="majorHAnsi" w:hAnsiTheme="majorHAnsi" w:cstheme="majorHAnsi"/>
          <w:sz w:val="22"/>
        </w:rPr>
        <w:t xml:space="preserve">AGRADECIMENTOS </w:t>
      </w:r>
      <w:r w:rsidR="00CF0AA6">
        <w:rPr>
          <w:rFonts w:asciiTheme="majorHAnsi" w:hAnsiTheme="majorHAnsi" w:cstheme="majorHAnsi"/>
          <w:sz w:val="22"/>
        </w:rPr>
        <w:t xml:space="preserve">/ ACKNOWLEGMENTS </w:t>
      </w:r>
      <w:r w:rsidR="000A21C9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(</w:t>
      </w:r>
      <w:proofErr w:type="spellStart"/>
      <w:r w:rsidR="00CF0AA6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quando</w:t>
      </w:r>
      <w:proofErr w:type="spellEnd"/>
      <w:r w:rsidR="00CF0AA6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 xml:space="preserve"> </w:t>
      </w:r>
      <w:proofErr w:type="spellStart"/>
      <w:r w:rsidR="00CF0AA6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aplicável</w:t>
      </w:r>
      <w:proofErr w:type="spellEnd"/>
      <w:r w:rsidR="00CF0AA6">
        <w:rPr>
          <w:rFonts w:asciiTheme="majorHAnsi" w:hAnsiTheme="majorHAnsi" w:cstheme="majorHAnsi"/>
          <w:b w:val="0"/>
          <w:bCs/>
          <w:sz w:val="22"/>
          <w:highlight w:val="yellow"/>
        </w:rPr>
        <w:t xml:space="preserve"> / if applicable</w:t>
      </w:r>
      <w:r w:rsidR="000A21C9" w:rsidRPr="00620234">
        <w:rPr>
          <w:rFonts w:asciiTheme="majorHAnsi" w:hAnsiTheme="majorHAnsi" w:cstheme="majorHAnsi"/>
          <w:b w:val="0"/>
          <w:bCs/>
          <w:sz w:val="22"/>
          <w:highlight w:val="yellow"/>
        </w:rPr>
        <w:t>)</w:t>
      </w:r>
    </w:p>
    <w:p w14:paraId="058DD6AC" w14:textId="5088575C" w:rsidR="005D65EC" w:rsidRDefault="00E407EF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  <w:proofErr w:type="spellStart"/>
      <w:r w:rsidRPr="00620234">
        <w:rPr>
          <w:rFonts w:asciiTheme="majorHAnsi" w:hAnsiTheme="majorHAnsi" w:cstheme="majorHAnsi"/>
          <w:sz w:val="22"/>
        </w:rPr>
        <w:t>Texto</w:t>
      </w:r>
      <w:proofErr w:type="spellEnd"/>
      <w:r w:rsidR="00CF0AA6">
        <w:rPr>
          <w:rFonts w:asciiTheme="majorHAnsi" w:hAnsiTheme="majorHAnsi" w:cstheme="majorHAnsi"/>
          <w:sz w:val="22"/>
        </w:rPr>
        <w:t xml:space="preserve"> </w:t>
      </w:r>
      <w:r w:rsidR="00CF0AA6">
        <w:rPr>
          <w:rFonts w:asciiTheme="majorHAnsi" w:hAnsiTheme="majorHAnsi" w:cstheme="majorHAnsi"/>
          <w:sz w:val="22"/>
        </w:rPr>
        <w:t>/ Text</w:t>
      </w:r>
    </w:p>
    <w:p w14:paraId="59DF7959" w14:textId="77777777" w:rsidR="00CF0AA6" w:rsidRPr="00620234" w:rsidRDefault="00CF0AA6" w:rsidP="00CF0AA6">
      <w:pPr>
        <w:pStyle w:val="RIISBody"/>
        <w:spacing w:after="0" w:line="360" w:lineRule="auto"/>
        <w:rPr>
          <w:rFonts w:asciiTheme="majorHAnsi" w:hAnsiTheme="majorHAnsi" w:cstheme="majorHAnsi"/>
          <w:sz w:val="22"/>
        </w:rPr>
      </w:pPr>
    </w:p>
    <w:p w14:paraId="2D71356A" w14:textId="61FE949E" w:rsidR="005D65EC" w:rsidRPr="00620234" w:rsidRDefault="00B13355" w:rsidP="00CF0AA6">
      <w:pPr>
        <w:pStyle w:val="RIISSectionCenter"/>
        <w:spacing w:before="0" w:after="120" w:line="360" w:lineRule="auto"/>
        <w:jc w:val="left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REFERÊNCIAS BIBLIOGRÁFICAS</w:t>
      </w:r>
      <w:r w:rsidR="00CF0AA6">
        <w:rPr>
          <w:rFonts w:asciiTheme="majorHAnsi" w:hAnsiTheme="majorHAnsi" w:cstheme="majorHAnsi"/>
          <w:sz w:val="22"/>
        </w:rPr>
        <w:t xml:space="preserve"> / REFERENCES</w:t>
      </w:r>
    </w:p>
    <w:p w14:paraId="6B1AEE6F" w14:textId="77777777" w:rsidR="00F54920" w:rsidRPr="00620234" w:rsidRDefault="00E407EF" w:rsidP="00CF0AA6">
      <w:pPr>
        <w:pStyle w:val="RIISBody"/>
        <w:spacing w:after="120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Ref...</w:t>
      </w:r>
    </w:p>
    <w:p w14:paraId="033A0ABE" w14:textId="77777777" w:rsidR="00F54920" w:rsidRPr="00620234" w:rsidRDefault="00E407EF" w:rsidP="00CF0AA6">
      <w:pPr>
        <w:pStyle w:val="RIISBody"/>
        <w:spacing w:after="120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Ref...</w:t>
      </w:r>
    </w:p>
    <w:p w14:paraId="64BADC95" w14:textId="77777777" w:rsidR="00F54920" w:rsidRPr="00620234" w:rsidRDefault="00E407EF" w:rsidP="00CF0AA6">
      <w:pPr>
        <w:pStyle w:val="RIISBody"/>
        <w:spacing w:after="120"/>
        <w:rPr>
          <w:rFonts w:asciiTheme="majorHAnsi" w:hAnsiTheme="majorHAnsi" w:cstheme="majorHAnsi"/>
          <w:sz w:val="22"/>
        </w:rPr>
      </w:pPr>
      <w:r w:rsidRPr="00620234">
        <w:rPr>
          <w:rFonts w:asciiTheme="majorHAnsi" w:hAnsiTheme="majorHAnsi" w:cstheme="majorHAnsi"/>
          <w:sz w:val="22"/>
        </w:rPr>
        <w:t>Ref...</w:t>
      </w:r>
    </w:p>
    <w:sectPr w:rsidR="00F54920" w:rsidRPr="00620234" w:rsidSect="00276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851" w:left="1418" w:header="312" w:footer="425" w:gutter="0"/>
      <w:lnNumType w:countBy="1" w:distance="357" w:restart="continuous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39840" w14:textId="77777777" w:rsidR="00E5411B" w:rsidRDefault="00E5411B">
      <w:r>
        <w:separator/>
      </w:r>
    </w:p>
  </w:endnote>
  <w:endnote w:type="continuationSeparator" w:id="0">
    <w:p w14:paraId="24B30768" w14:textId="77777777" w:rsidR="00E5411B" w:rsidRDefault="00E5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D48E" w14:textId="77777777" w:rsidR="00711ECA" w:rsidRDefault="00E5411B">
    <w:pPr>
      <w:suppressLineNumbers/>
      <w:jc w:val="center"/>
    </w:pPr>
    <w:r>
      <w:rPr>
        <w:rFonts w:ascii="Calibri" w:hAnsi="Calibri"/>
        <w:sz w:val="18"/>
      </w:rPr>
      <w:fldChar w:fldCharType="begin"/>
    </w:r>
    <w:r>
      <w:rPr>
        <w:rFonts w:ascii="Calibri" w:hAnsi="Calibri"/>
        <w:sz w:val="18"/>
      </w:rPr>
      <w:instrText xml:space="preserve"> PAGE </w:instrText>
    </w:r>
    <w:r>
      <w:rPr>
        <w:rFonts w:ascii="Calibri" w:hAnsi="Calibri"/>
        <w:sz w:val="18"/>
      </w:rPr>
      <w:fldChar w:fldCharType="separate"/>
    </w:r>
    <w:r>
      <w:rPr>
        <w:rFonts w:ascii="Calibri" w:hAnsi="Calibri"/>
        <w:sz w:val="18"/>
      </w:rPr>
      <w:t>1</w:t>
    </w:r>
    <w:r>
      <w:rPr>
        <w:rFonts w:ascii="Calibri" w:hAnsi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B36D9" w14:textId="77777777" w:rsidR="00711ECA" w:rsidRDefault="00E5411B">
    <w:pPr>
      <w:suppressLineNumbers/>
      <w:jc w:val="center"/>
    </w:pPr>
    <w:r>
      <w:rPr>
        <w:rFonts w:ascii="Calibri" w:hAnsi="Calibri"/>
        <w:sz w:val="18"/>
      </w:rPr>
      <w:fldChar w:fldCharType="begin"/>
    </w:r>
    <w:r>
      <w:rPr>
        <w:rFonts w:ascii="Calibri" w:hAnsi="Calibri"/>
        <w:sz w:val="18"/>
      </w:rPr>
      <w:instrText xml:space="preserve"> PAGE </w:instrText>
    </w:r>
    <w:r>
      <w:rPr>
        <w:rFonts w:ascii="Calibri" w:hAnsi="Calibri"/>
        <w:sz w:val="18"/>
      </w:rPr>
      <w:fldChar w:fldCharType="separate"/>
    </w:r>
    <w:r>
      <w:rPr>
        <w:rFonts w:ascii="Calibri" w:hAnsi="Calibri"/>
        <w:sz w:val="18"/>
      </w:rPr>
      <w:t>1</w:t>
    </w:r>
    <w:r>
      <w:rPr>
        <w:rFonts w:ascii="Calibri" w:hAnsi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63D9B" w14:textId="77777777" w:rsidR="00EB5DF8" w:rsidRPr="00EB5DC2" w:rsidRDefault="00EB5DF8" w:rsidP="00EB5DF8">
    <w:pPr>
      <w:tabs>
        <w:tab w:val="right" w:pos="8504"/>
      </w:tabs>
      <w:ind w:left="-170" w:right="-170"/>
      <w:jc w:val="center"/>
      <w:rPr>
        <w:rFonts w:cstheme="minorHAnsi"/>
      </w:rPr>
    </w:pPr>
    <w:r w:rsidRPr="00EB5DC2">
      <w:rPr>
        <w:rFonts w:cstheme="minorHAnsi"/>
        <w:noProof/>
      </w:rPr>
      <w:drawing>
        <wp:anchor distT="0" distB="0" distL="114300" distR="114300" simplePos="0" relativeHeight="251662336" behindDoc="0" locked="0" layoutInCell="1" allowOverlap="1" wp14:anchorId="1340440D" wp14:editId="237F60A5">
          <wp:simplePos x="0" y="0"/>
          <wp:positionH relativeFrom="column">
            <wp:posOffset>39976</wp:posOffset>
          </wp:positionH>
          <wp:positionV relativeFrom="paragraph">
            <wp:posOffset>27987</wp:posOffset>
          </wp:positionV>
          <wp:extent cx="716915" cy="254000"/>
          <wp:effectExtent l="0" t="0" r="6985" b="0"/>
          <wp:wrapNone/>
          <wp:docPr id="202858639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915" cy="25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DC2">
      <w:rPr>
        <w:rFonts w:cstheme="minorHAnsi"/>
      </w:rPr>
      <w:t>1</w:t>
    </w:r>
  </w:p>
  <w:p w14:paraId="18F6501B" w14:textId="77777777" w:rsidR="00EB5DF8" w:rsidRPr="00EB5DC2" w:rsidRDefault="00EB5DF8" w:rsidP="00EB5DF8">
    <w:pPr>
      <w:tabs>
        <w:tab w:val="center" w:pos="4252"/>
        <w:tab w:val="right" w:pos="8504"/>
      </w:tabs>
      <w:ind w:left="-170" w:right="-170"/>
      <w:jc w:val="right"/>
      <w:rPr>
        <w:rFonts w:cstheme="minorHAnsi"/>
      </w:rPr>
    </w:pPr>
    <w:r w:rsidRPr="00EB5DC2">
      <w:rPr>
        <w:rFonts w:cstheme="minorHAnsi"/>
      </w:rPr>
      <w:t>RIIS</w:t>
    </w:r>
  </w:p>
  <w:p w14:paraId="3C6BEBC2" w14:textId="0FAB0061" w:rsidR="00EB5DF8" w:rsidRPr="000A5AE3" w:rsidRDefault="00EB5DF8" w:rsidP="00EB5DF8">
    <w:pPr>
      <w:pStyle w:val="Rodap"/>
      <w:ind w:left="-170" w:right="-170"/>
      <w:rPr>
        <w:rFonts w:cstheme="minorHAnsi"/>
      </w:rPr>
    </w:pPr>
    <w:r w:rsidRPr="00D917CC">
      <w:rPr>
        <w:rFonts w:cstheme="minorHAnsi"/>
      </w:rPr>
      <w:t xml:space="preserve">  eISSN:2184-3791      </w:t>
    </w:r>
    <w:r>
      <w:rPr>
        <w:rFonts w:cstheme="minorHAnsi"/>
      </w:rPr>
      <w:t xml:space="preserve"> </w:t>
    </w:r>
    <w:r w:rsidRPr="00D917CC">
      <w:rPr>
        <w:rFonts w:cstheme="minorHAnsi"/>
      </w:rPr>
      <w:t xml:space="preserve">                                              </w:t>
    </w:r>
    <w:r>
      <w:rPr>
        <w:rFonts w:cstheme="minorHAnsi"/>
      </w:rPr>
      <w:t xml:space="preserve">   </w:t>
    </w:r>
    <w:r w:rsidRPr="00D917CC">
      <w:rPr>
        <w:rFonts w:cstheme="minorHAnsi"/>
      </w:rPr>
      <w:t xml:space="preserve">Revista de </w:t>
    </w:r>
    <w:proofErr w:type="spellStart"/>
    <w:r w:rsidRPr="00D917CC">
      <w:rPr>
        <w:rFonts w:cstheme="minorHAnsi"/>
      </w:rPr>
      <w:t>Investigação</w:t>
    </w:r>
    <w:proofErr w:type="spellEnd"/>
    <w:r w:rsidRPr="00D917CC">
      <w:rPr>
        <w:rFonts w:cstheme="minorHAnsi"/>
      </w:rPr>
      <w:t xml:space="preserve"> &amp; </w:t>
    </w:r>
    <w:proofErr w:type="spellStart"/>
    <w:r w:rsidRPr="00D917CC">
      <w:rPr>
        <w:rFonts w:cstheme="minorHAnsi"/>
      </w:rPr>
      <w:t>Inovação</w:t>
    </w:r>
    <w:proofErr w:type="spellEnd"/>
    <w:r w:rsidRPr="00D917CC">
      <w:rPr>
        <w:rFonts w:cstheme="minorHAnsi"/>
      </w:rPr>
      <w:t xml:space="preserve"> em </w:t>
    </w:r>
    <w:proofErr w:type="spellStart"/>
    <w:r w:rsidRPr="00D917CC">
      <w:rPr>
        <w:rFonts w:cstheme="minorHAnsi"/>
      </w:rPr>
      <w:t>Saúde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A38C" w14:textId="77777777" w:rsidR="00E5411B" w:rsidRDefault="00E5411B">
      <w:r>
        <w:separator/>
      </w:r>
    </w:p>
  </w:footnote>
  <w:footnote w:type="continuationSeparator" w:id="0">
    <w:p w14:paraId="214F4476" w14:textId="77777777" w:rsidR="00E5411B" w:rsidRDefault="00E54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ED3A" w14:textId="77777777" w:rsidR="00711ECA" w:rsidRDefault="00E5411B">
    <w:pPr>
      <w:suppressLineNumbers/>
      <w:jc w:val="center"/>
    </w:pPr>
    <w:r>
      <w:rPr>
        <w:noProof/>
      </w:rPr>
      <w:drawing>
        <wp:anchor distT="0" distB="0" distL="0" distR="0" simplePos="0" relativeHeight="251660288" behindDoc="1" locked="0" layoutInCell="1" allowOverlap="1" wp14:anchorId="021D1C48" wp14:editId="31D2AE5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400000" cy="3375000"/>
          <wp:effectExtent l="0" t="0" r="0" b="0"/>
          <wp:wrapNone/>
          <wp:docPr id="11233167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_ri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00" cy="337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0220A" w14:textId="77777777" w:rsidR="00711ECA" w:rsidRDefault="00E5411B">
    <w:pPr>
      <w:suppressLineNumbers/>
      <w:jc w:val="center"/>
    </w:pPr>
    <w:r>
      <w:rPr>
        <w:noProof/>
      </w:rPr>
      <w:drawing>
        <wp:anchor distT="0" distB="0" distL="0" distR="0" simplePos="0" relativeHeight="251659264" behindDoc="1" locked="0" layoutInCell="1" allowOverlap="1" wp14:anchorId="7A77A0DF" wp14:editId="5A638B5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580000" cy="3100000"/>
          <wp:effectExtent l="0" t="0" r="0" b="0"/>
          <wp:wrapNone/>
          <wp:docPr id="321209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_under_revie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0000" cy="31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8CEC" w14:textId="20667987" w:rsidR="00EB5DF8" w:rsidRDefault="00EB5DF8">
    <w:pPr>
      <w:suppressLineNumbers/>
    </w:pPr>
  </w:p>
  <w:p w14:paraId="1149F8C0" w14:textId="1296AA4B" w:rsidR="00711ECA" w:rsidRDefault="00E5411B">
    <w:pPr>
      <w:suppressLineNumbers/>
      <w:jc w:val="center"/>
    </w:pPr>
    <w:r>
      <w:rPr>
        <w:noProof/>
      </w:rPr>
      <w:drawing>
        <wp:anchor distT="0" distB="0" distL="0" distR="0" simplePos="0" relativeHeight="251658240" behindDoc="1" locked="0" layoutInCell="1" allowOverlap="1" wp14:anchorId="37E4DE92" wp14:editId="623B64B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580000" cy="3100000"/>
          <wp:effectExtent l="0" t="0" r="0" b="0"/>
          <wp:wrapNone/>
          <wp:docPr id="2208275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_under_revie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0000" cy="31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2924573">
    <w:abstractNumId w:val="8"/>
  </w:num>
  <w:num w:numId="2" w16cid:durableId="1671181721">
    <w:abstractNumId w:val="6"/>
  </w:num>
  <w:num w:numId="3" w16cid:durableId="1852790352">
    <w:abstractNumId w:val="5"/>
  </w:num>
  <w:num w:numId="4" w16cid:durableId="968707550">
    <w:abstractNumId w:val="4"/>
  </w:num>
  <w:num w:numId="5" w16cid:durableId="1772433538">
    <w:abstractNumId w:val="7"/>
  </w:num>
  <w:num w:numId="6" w16cid:durableId="1566603902">
    <w:abstractNumId w:val="3"/>
  </w:num>
  <w:num w:numId="7" w16cid:durableId="215822910">
    <w:abstractNumId w:val="2"/>
  </w:num>
  <w:num w:numId="8" w16cid:durableId="281621341">
    <w:abstractNumId w:val="1"/>
  </w:num>
  <w:num w:numId="9" w16cid:durableId="29171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8B3"/>
    <w:rsid w:val="0006063C"/>
    <w:rsid w:val="000A21C9"/>
    <w:rsid w:val="0015074B"/>
    <w:rsid w:val="002769CC"/>
    <w:rsid w:val="0029639D"/>
    <w:rsid w:val="002B3136"/>
    <w:rsid w:val="002B579C"/>
    <w:rsid w:val="00326F90"/>
    <w:rsid w:val="00352F63"/>
    <w:rsid w:val="0036308F"/>
    <w:rsid w:val="003A0E8B"/>
    <w:rsid w:val="00543658"/>
    <w:rsid w:val="00545FDD"/>
    <w:rsid w:val="005D65EC"/>
    <w:rsid w:val="006016D5"/>
    <w:rsid w:val="00620234"/>
    <w:rsid w:val="00665CDC"/>
    <w:rsid w:val="006B51E1"/>
    <w:rsid w:val="00711ECA"/>
    <w:rsid w:val="00740BB5"/>
    <w:rsid w:val="00747E42"/>
    <w:rsid w:val="0078634F"/>
    <w:rsid w:val="008149C5"/>
    <w:rsid w:val="00875493"/>
    <w:rsid w:val="008A5628"/>
    <w:rsid w:val="009043E1"/>
    <w:rsid w:val="00920E3C"/>
    <w:rsid w:val="0097373E"/>
    <w:rsid w:val="00AA1D8D"/>
    <w:rsid w:val="00AE543F"/>
    <w:rsid w:val="00B03CF9"/>
    <w:rsid w:val="00B13355"/>
    <w:rsid w:val="00B147BD"/>
    <w:rsid w:val="00B47730"/>
    <w:rsid w:val="00BD04EC"/>
    <w:rsid w:val="00BD3F71"/>
    <w:rsid w:val="00C525D9"/>
    <w:rsid w:val="00CB0664"/>
    <w:rsid w:val="00CF09E3"/>
    <w:rsid w:val="00CF0AA6"/>
    <w:rsid w:val="00D841A2"/>
    <w:rsid w:val="00D84B1A"/>
    <w:rsid w:val="00DE220A"/>
    <w:rsid w:val="00E01A41"/>
    <w:rsid w:val="00E407EF"/>
    <w:rsid w:val="00E5411B"/>
    <w:rsid w:val="00EB5DF8"/>
    <w:rsid w:val="00EB71F3"/>
    <w:rsid w:val="00EE4AE7"/>
    <w:rsid w:val="00F26B5D"/>
    <w:rsid w:val="00F549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DFD2F5"/>
  <w14:defaultImageDpi w14:val="300"/>
  <w15:docId w15:val="{E402863B-E4B0-48D9-ABFB-C5490646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IISTop">
    <w:name w:val="RIIS Top"/>
    <w:pPr>
      <w:spacing w:after="80" w:line="240" w:lineRule="auto"/>
      <w:jc w:val="center"/>
    </w:pPr>
    <w:rPr>
      <w:rFonts w:ascii="Arial" w:eastAsia="Arial" w:hAnsi="Arial"/>
      <w:b/>
      <w:sz w:val="18"/>
    </w:rPr>
  </w:style>
  <w:style w:type="paragraph" w:customStyle="1" w:styleId="RIISMainTitle">
    <w:name w:val="RIIS Main Title"/>
    <w:pPr>
      <w:spacing w:before="160" w:after="120" w:line="240" w:lineRule="auto"/>
      <w:jc w:val="center"/>
    </w:pPr>
    <w:rPr>
      <w:rFonts w:ascii="Arial" w:eastAsia="Arial" w:hAnsi="Arial"/>
      <w:b/>
      <w:sz w:val="25"/>
    </w:rPr>
  </w:style>
  <w:style w:type="paragraph" w:customStyle="1" w:styleId="RIISSection">
    <w:name w:val="RIIS Section"/>
    <w:pPr>
      <w:spacing w:before="180" w:after="80" w:line="240" w:lineRule="auto"/>
    </w:pPr>
    <w:rPr>
      <w:rFonts w:ascii="Arial" w:eastAsia="Arial" w:hAnsi="Arial"/>
      <w:b/>
      <w:sz w:val="21"/>
    </w:rPr>
  </w:style>
  <w:style w:type="paragraph" w:customStyle="1" w:styleId="RIISSectionCenter">
    <w:name w:val="RIIS Section Center"/>
    <w:pPr>
      <w:spacing w:before="400" w:after="300" w:line="240" w:lineRule="auto"/>
      <w:jc w:val="center"/>
    </w:pPr>
    <w:rPr>
      <w:rFonts w:ascii="Arial" w:eastAsia="Arial" w:hAnsi="Arial"/>
      <w:b/>
      <w:sz w:val="30"/>
    </w:rPr>
  </w:style>
  <w:style w:type="paragraph" w:customStyle="1" w:styleId="RIISSubsectionCenter">
    <w:name w:val="RIIS Subsection Center"/>
    <w:pPr>
      <w:spacing w:before="120" w:after="240" w:line="240" w:lineRule="auto"/>
      <w:jc w:val="center"/>
    </w:pPr>
    <w:rPr>
      <w:rFonts w:ascii="Arial" w:eastAsia="Arial" w:hAnsi="Arial"/>
      <w:b/>
      <w:sz w:val="24"/>
    </w:rPr>
  </w:style>
  <w:style w:type="paragraph" w:customStyle="1" w:styleId="RIISBody">
    <w:name w:val="RIIS Body"/>
    <w:pPr>
      <w:spacing w:after="80" w:line="240" w:lineRule="auto"/>
    </w:pPr>
    <w:rPr>
      <w:rFonts w:ascii="Arial" w:eastAsia="Arial" w:hAnsi="Arial"/>
      <w:sz w:val="21"/>
    </w:rPr>
  </w:style>
  <w:style w:type="paragraph" w:customStyle="1" w:styleId="RIISLicense">
    <w:name w:val="RIIS License"/>
    <w:pPr>
      <w:spacing w:after="0" w:line="240" w:lineRule="auto"/>
    </w:pPr>
    <w:rPr>
      <w:rFonts w:ascii="Arial" w:eastAsia="Arial" w:hAnsi="Arial"/>
      <w:sz w:val="18"/>
    </w:rPr>
  </w:style>
  <w:style w:type="character" w:styleId="Nmerodelinha">
    <w:name w:val="line number"/>
    <w:basedOn w:val="Tipodeletrapredefinidodopargrafo"/>
    <w:uiPriority w:val="99"/>
    <w:semiHidden/>
    <w:unhideWhenUsed/>
    <w:rsid w:val="00EB71F3"/>
  </w:style>
  <w:style w:type="character" w:styleId="TextodoMarcadordePosio">
    <w:name w:val="Placeholder Text"/>
    <w:basedOn w:val="Tipodeletrapredefinidodopargrafo"/>
    <w:uiPriority w:val="99"/>
    <w:semiHidden/>
    <w:rsid w:val="00EB5DF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36b4c1-6743-4125-b28d-e58563934327}" enabled="0" method="" siteId="{2036b4c1-6743-4125-b28d-e58563934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353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de Manuscrito RIIS - Português</vt:lpstr>
      <vt:lpstr/>
    </vt:vector>
  </TitlesOfParts>
  <Manager/>
  <Company/>
  <LinksUpToDate>false</LinksUpToDate>
  <CharactersWithSpaces>2258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de Manuscrito RIIS - Português</dc:title>
  <dc:subject>Estrutura dos artigos de investigação original</dc:subject>
  <dc:creator>RIIS – Revista de Investigação &amp; Inovação em Saúde</dc:creator>
  <cp:keywords>RIIS, template, manuscrito, objetivos, linhas</cp:keywords>
  <dc:description>Números de linha suprimidos nos parágrafos em branco.</dc:description>
  <cp:lastModifiedBy>SDIB</cp:lastModifiedBy>
  <cp:revision>2</cp:revision>
  <dcterms:created xsi:type="dcterms:W3CDTF">2026-07-27T13:52:00Z</dcterms:created>
  <dcterms:modified xsi:type="dcterms:W3CDTF">2026-07-27T13:52:00Z</dcterms:modified>
  <cp:category/>
</cp:coreProperties>
</file>